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9A31E5" w14:textId="77777777" w:rsidR="00F350C9" w:rsidRDefault="00000000">
      <w:pPr>
        <w:pStyle w:val="Titre"/>
      </w:pPr>
      <w:r>
        <w:t>Trame de lettre d’intention</w:t>
      </w:r>
    </w:p>
    <w:p w14:paraId="4C78E573" w14:textId="77777777" w:rsidR="00F350C9" w:rsidRDefault="00000000">
      <w:pPr>
        <w:pStyle w:val="Sous-titre"/>
      </w:pPr>
      <w:r>
        <w:t>AMI FLCA 2026  Mobilisation de la société civile</w:t>
      </w:r>
    </w:p>
    <w:p w14:paraId="55073CA6" w14:textId="77777777" w:rsidR="00F350C9" w:rsidRDefault="00000000">
      <w:r>
        <w:rPr>
          <w:b/>
        </w:rPr>
        <w:t>Expérimentation de récompense financière de l’abstinence tabagique chez les femmes enceintes</w:t>
      </w:r>
    </w:p>
    <w:p w14:paraId="11AE9E46" w14:textId="77777777" w:rsidR="00F350C9" w:rsidRDefault="00000000">
      <w:r>
        <w:rPr>
          <w:b/>
        </w:rPr>
        <w:t xml:space="preserve">Mode d’emploi : </w:t>
      </w:r>
      <w:r>
        <w:t>compléter chaque rubrique, supprimer les consignes en italique puis resserrer la rédaction finale à 7 pages maximum. Les volumes proposés sont indicatifs.</w:t>
      </w:r>
    </w:p>
    <w:p w14:paraId="72FAA178" w14:textId="77777777" w:rsidR="00F350C9" w:rsidRDefault="00000000">
      <w:pPr>
        <w:pStyle w:val="Titre1"/>
      </w:pPr>
      <w:r>
        <w:t>1  Identification du candidat et du projet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68"/>
        <w:gridCol w:w="6984"/>
      </w:tblGrid>
      <w:tr w:rsidR="00F350C9" w14:paraId="6D3A7A97" w14:textId="77777777">
        <w:trPr>
          <w:tblHeader/>
          <w:jc w:val="center"/>
        </w:trPr>
        <w:tc>
          <w:tcPr>
            <w:tcW w:w="3168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163A5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1161B9" w14:textId="77777777" w:rsidR="00F350C9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t>Champ</w:t>
            </w:r>
          </w:p>
        </w:tc>
        <w:tc>
          <w:tcPr>
            <w:tcW w:w="6984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163A5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DEA3AF" w14:textId="77777777" w:rsidR="00F350C9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t>À renseigner</w:t>
            </w:r>
          </w:p>
        </w:tc>
      </w:tr>
      <w:tr w:rsidR="00F350C9" w14:paraId="750EA5C6" w14:textId="77777777">
        <w:trPr>
          <w:cantSplit/>
          <w:jc w:val="center"/>
        </w:trPr>
        <w:tc>
          <w:tcPr>
            <w:tcW w:w="3168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7DE32C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7"/>
              </w:rPr>
              <w:t>Nom de la structure porteuse</w:t>
            </w:r>
          </w:p>
        </w:tc>
        <w:tc>
          <w:tcPr>
            <w:tcW w:w="6984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80F39D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7"/>
              </w:rPr>
              <w:t>[À compléter]</w:t>
            </w:r>
          </w:p>
        </w:tc>
      </w:tr>
      <w:tr w:rsidR="00F350C9" w14:paraId="13EA7D0B" w14:textId="77777777">
        <w:trPr>
          <w:cantSplit/>
          <w:jc w:val="center"/>
        </w:trPr>
        <w:tc>
          <w:tcPr>
            <w:tcW w:w="3168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F5F7F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FA91AB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7"/>
              </w:rPr>
              <w:t>Statut juridique</w:t>
            </w:r>
          </w:p>
        </w:tc>
        <w:tc>
          <w:tcPr>
            <w:tcW w:w="6984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F5F7F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B326F6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7"/>
              </w:rPr>
              <w:t>[À compléter]</w:t>
            </w:r>
          </w:p>
        </w:tc>
      </w:tr>
      <w:tr w:rsidR="00F350C9" w14:paraId="51041788" w14:textId="77777777">
        <w:trPr>
          <w:cantSplit/>
          <w:jc w:val="center"/>
        </w:trPr>
        <w:tc>
          <w:tcPr>
            <w:tcW w:w="3168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CBC206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7"/>
              </w:rPr>
              <w:t>Adresse</w:t>
            </w:r>
          </w:p>
        </w:tc>
        <w:tc>
          <w:tcPr>
            <w:tcW w:w="6984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DF2E68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7"/>
              </w:rPr>
              <w:t>[À compléter]</w:t>
            </w:r>
          </w:p>
        </w:tc>
      </w:tr>
      <w:tr w:rsidR="00F350C9" w14:paraId="32A84996" w14:textId="77777777">
        <w:trPr>
          <w:cantSplit/>
          <w:jc w:val="center"/>
        </w:trPr>
        <w:tc>
          <w:tcPr>
            <w:tcW w:w="3168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F5F7F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07AEC0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7"/>
              </w:rPr>
              <w:t>Représentant légal</w:t>
            </w:r>
          </w:p>
        </w:tc>
        <w:tc>
          <w:tcPr>
            <w:tcW w:w="6984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F5F7F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C7B645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7"/>
              </w:rPr>
              <w:t>[Nom, fonction, coordonnées]</w:t>
            </w:r>
          </w:p>
        </w:tc>
      </w:tr>
      <w:tr w:rsidR="00F350C9" w14:paraId="5029C7E2" w14:textId="77777777">
        <w:trPr>
          <w:cantSplit/>
          <w:jc w:val="center"/>
        </w:trPr>
        <w:tc>
          <w:tcPr>
            <w:tcW w:w="3168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1BD522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7"/>
              </w:rPr>
              <w:t>Chef de projet</w:t>
            </w:r>
          </w:p>
        </w:tc>
        <w:tc>
          <w:tcPr>
            <w:tcW w:w="6984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CC6ACB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7"/>
              </w:rPr>
              <w:t>[Nom, fonction, téléphone, courriel]</w:t>
            </w:r>
          </w:p>
        </w:tc>
      </w:tr>
      <w:tr w:rsidR="00F350C9" w14:paraId="20BE926B" w14:textId="77777777">
        <w:trPr>
          <w:cantSplit/>
          <w:jc w:val="center"/>
        </w:trPr>
        <w:tc>
          <w:tcPr>
            <w:tcW w:w="3168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F5F7F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E616A5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7"/>
              </w:rPr>
              <w:t>Intitulé du projet</w:t>
            </w:r>
          </w:p>
        </w:tc>
        <w:tc>
          <w:tcPr>
            <w:tcW w:w="6984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F5F7F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FFA736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7"/>
              </w:rPr>
              <w:t>[Titre court et explicite]</w:t>
            </w:r>
          </w:p>
        </w:tc>
      </w:tr>
      <w:tr w:rsidR="00F350C9" w14:paraId="1A9EB6B8" w14:textId="77777777">
        <w:trPr>
          <w:cantSplit/>
          <w:jc w:val="center"/>
        </w:trPr>
        <w:tc>
          <w:tcPr>
            <w:tcW w:w="3168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03D781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7"/>
              </w:rPr>
              <w:t>Région ou territoires concernés</w:t>
            </w:r>
          </w:p>
        </w:tc>
        <w:tc>
          <w:tcPr>
            <w:tcW w:w="6984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6F5864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7"/>
              </w:rPr>
              <w:t>[À compléter]</w:t>
            </w:r>
          </w:p>
        </w:tc>
      </w:tr>
      <w:tr w:rsidR="00F350C9" w14:paraId="557BCAF9" w14:textId="77777777">
        <w:trPr>
          <w:cantSplit/>
          <w:jc w:val="center"/>
        </w:trPr>
        <w:tc>
          <w:tcPr>
            <w:tcW w:w="3168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F5F7F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D461C5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7"/>
              </w:rPr>
              <w:t>Durée prévisionnelle</w:t>
            </w:r>
          </w:p>
        </w:tc>
        <w:tc>
          <w:tcPr>
            <w:tcW w:w="6984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F5F7F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B7B3DB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7"/>
              </w:rPr>
              <w:t>[À compléter]</w:t>
            </w:r>
          </w:p>
        </w:tc>
      </w:tr>
      <w:tr w:rsidR="00F350C9" w14:paraId="30D02A1A" w14:textId="77777777">
        <w:trPr>
          <w:cantSplit/>
          <w:jc w:val="center"/>
        </w:trPr>
        <w:tc>
          <w:tcPr>
            <w:tcW w:w="3168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269A50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7"/>
              </w:rPr>
              <w:t>Budget total demandé</w:t>
            </w:r>
          </w:p>
        </w:tc>
        <w:tc>
          <w:tcPr>
            <w:tcW w:w="6984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FA9919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7"/>
              </w:rPr>
              <w:t>[À compléter]</w:t>
            </w:r>
          </w:p>
        </w:tc>
      </w:tr>
    </w:tbl>
    <w:p w14:paraId="3CEBEF01" w14:textId="77777777" w:rsidR="00F350C9" w:rsidRDefault="00F350C9">
      <w:pPr>
        <w:spacing w:after="0"/>
      </w:pPr>
    </w:p>
    <w:p w14:paraId="423CBEBF" w14:textId="77777777" w:rsidR="00F350C9" w:rsidRDefault="00000000">
      <w:pPr>
        <w:keepNext/>
        <w:spacing w:before="60" w:after="40"/>
      </w:pPr>
      <w:r>
        <w:rPr>
          <w:b/>
        </w:rPr>
        <w:t>Résumé exécutif du projet</w:t>
      </w:r>
      <w:r>
        <w:rPr>
          <w:i/>
          <w:color w:val="687680"/>
          <w:sz w:val="18"/>
        </w:rPr>
        <w:t xml:space="preserve">  En 10 à 12 lignes : besoin, population, territoire, solution, partenaires, résultats attendus.</w:t>
      </w:r>
    </w:p>
    <w:p w14:paraId="2F6E86DF" w14:textId="77777777" w:rsidR="00F350C9" w:rsidRDefault="00000000">
      <w:pPr>
        <w:spacing w:after="20"/>
      </w:pPr>
      <w:r>
        <w:rPr>
          <w:color w:val="D7DEE4"/>
          <w:sz w:val="16"/>
        </w:rPr>
        <w:t>................................................................................................................................................................</w:t>
      </w:r>
    </w:p>
    <w:p w14:paraId="3E38D88D" w14:textId="77777777" w:rsidR="00F350C9" w:rsidRDefault="00000000">
      <w:pPr>
        <w:spacing w:after="20"/>
      </w:pPr>
      <w:r>
        <w:rPr>
          <w:color w:val="D7DEE4"/>
          <w:sz w:val="16"/>
        </w:rPr>
        <w:t>................................................................................................................................................................</w:t>
      </w:r>
    </w:p>
    <w:p w14:paraId="25D87443" w14:textId="77777777" w:rsidR="00F350C9" w:rsidRDefault="00000000">
      <w:pPr>
        <w:spacing w:after="20"/>
      </w:pPr>
      <w:r>
        <w:rPr>
          <w:color w:val="D7DEE4"/>
          <w:sz w:val="16"/>
        </w:rPr>
        <w:t>................................................................................................................................................................</w:t>
      </w:r>
    </w:p>
    <w:p w14:paraId="7BF0FC69" w14:textId="77777777" w:rsidR="00F350C9" w:rsidRDefault="00000000">
      <w:pPr>
        <w:spacing w:after="20"/>
      </w:pPr>
      <w:r>
        <w:rPr>
          <w:color w:val="D7DEE4"/>
          <w:sz w:val="16"/>
        </w:rPr>
        <w:t>................................................................................................................................................................</w:t>
      </w:r>
    </w:p>
    <w:p w14:paraId="671052AF" w14:textId="77777777" w:rsidR="00F350C9" w:rsidRDefault="00000000">
      <w:r>
        <w:br w:type="page"/>
      </w:r>
    </w:p>
    <w:p w14:paraId="7840FE3B" w14:textId="77777777" w:rsidR="00F350C9" w:rsidRDefault="00000000">
      <w:pPr>
        <w:pStyle w:val="Titre1"/>
      </w:pPr>
      <w:r>
        <w:lastRenderedPageBreak/>
        <w:t>2  Présentation de la structure et justification du projet</w:t>
      </w:r>
    </w:p>
    <w:p w14:paraId="70660488" w14:textId="77777777" w:rsidR="00F350C9" w:rsidRDefault="00000000">
      <w:pPr>
        <w:spacing w:after="160"/>
      </w:pPr>
      <w:r>
        <w:rPr>
          <w:i/>
          <w:color w:val="687680"/>
        </w:rPr>
        <w:t>Volume conseillé dans la lettre finale : environ 1 page.</w:t>
      </w:r>
    </w:p>
    <w:p w14:paraId="14C8D337" w14:textId="77777777" w:rsidR="00F350C9" w:rsidRDefault="00000000">
      <w:pPr>
        <w:keepNext/>
        <w:spacing w:before="60" w:after="40"/>
      </w:pPr>
      <w:r>
        <w:rPr>
          <w:b/>
        </w:rPr>
        <w:t>Présentation succincte de la structure</w:t>
      </w:r>
      <w:r>
        <w:rPr>
          <w:i/>
          <w:color w:val="687680"/>
          <w:sz w:val="18"/>
        </w:rPr>
        <w:t xml:space="preserve">  Missions, activité, implantation territoriale et expérience utile.</w:t>
      </w:r>
    </w:p>
    <w:p w14:paraId="775B978E" w14:textId="77777777" w:rsidR="00F350C9" w:rsidRDefault="00000000">
      <w:pPr>
        <w:spacing w:after="20"/>
      </w:pPr>
      <w:r>
        <w:rPr>
          <w:color w:val="D7DEE4"/>
          <w:sz w:val="16"/>
        </w:rPr>
        <w:t>................................................................................................................................................................</w:t>
      </w:r>
    </w:p>
    <w:p w14:paraId="0FD213BB" w14:textId="77777777" w:rsidR="00F350C9" w:rsidRDefault="00000000">
      <w:pPr>
        <w:spacing w:after="20"/>
      </w:pPr>
      <w:r>
        <w:rPr>
          <w:color w:val="D7DEE4"/>
          <w:sz w:val="16"/>
        </w:rPr>
        <w:t>................................................................................................................................................................</w:t>
      </w:r>
    </w:p>
    <w:p w14:paraId="094BAB34" w14:textId="77777777" w:rsidR="00F350C9" w:rsidRDefault="00000000">
      <w:pPr>
        <w:spacing w:after="20"/>
      </w:pPr>
      <w:r>
        <w:rPr>
          <w:color w:val="D7DEE4"/>
          <w:sz w:val="16"/>
        </w:rPr>
        <w:t>................................................................................................................................................................</w:t>
      </w:r>
    </w:p>
    <w:p w14:paraId="36F39B32" w14:textId="77777777" w:rsidR="00F350C9" w:rsidRDefault="00000000">
      <w:pPr>
        <w:pStyle w:val="Titre2"/>
      </w:pPr>
      <w:r>
        <w:t>Expérience et capacités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7272"/>
      </w:tblGrid>
      <w:tr w:rsidR="00F350C9" w14:paraId="78B5A88D" w14:textId="77777777">
        <w:trPr>
          <w:tblHeader/>
          <w:jc w:val="center"/>
        </w:trPr>
        <w:tc>
          <w:tcPr>
            <w:tcW w:w="2880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163A5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959492" w14:textId="77777777" w:rsidR="00F350C9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t>Domaine</w:t>
            </w:r>
          </w:p>
        </w:tc>
        <w:tc>
          <w:tcPr>
            <w:tcW w:w="7272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163A5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7182DA" w14:textId="77777777" w:rsidR="00F350C9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t>Expérience ou preuve à décrire</w:t>
            </w:r>
          </w:p>
        </w:tc>
      </w:tr>
      <w:tr w:rsidR="00F350C9" w14:paraId="31FBC1C3" w14:textId="77777777">
        <w:trPr>
          <w:cantSplit/>
          <w:jc w:val="center"/>
        </w:trPr>
        <w:tc>
          <w:tcPr>
            <w:tcW w:w="2880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1034BD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7"/>
              </w:rPr>
              <w:t>Périnatalité</w:t>
            </w:r>
          </w:p>
        </w:tc>
        <w:tc>
          <w:tcPr>
            <w:tcW w:w="7272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C418E4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7"/>
              </w:rPr>
              <w:t>Actions, files actives, partenariats, résultats.</w:t>
            </w:r>
          </w:p>
        </w:tc>
      </w:tr>
      <w:tr w:rsidR="00F350C9" w14:paraId="60B3D0BA" w14:textId="77777777">
        <w:trPr>
          <w:cantSplit/>
          <w:jc w:val="center"/>
        </w:trPr>
        <w:tc>
          <w:tcPr>
            <w:tcW w:w="2880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F5F7F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453500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7"/>
              </w:rPr>
              <w:t>Tabacologie ou addictologie</w:t>
            </w:r>
          </w:p>
        </w:tc>
        <w:tc>
          <w:tcPr>
            <w:tcW w:w="7272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F5F7F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0F0EB3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7"/>
              </w:rPr>
              <w:t>Expertise, professionnels, dispositifs existants.</w:t>
            </w:r>
          </w:p>
        </w:tc>
      </w:tr>
      <w:tr w:rsidR="00F350C9" w14:paraId="110D6F9A" w14:textId="77777777">
        <w:trPr>
          <w:cantSplit/>
          <w:jc w:val="center"/>
        </w:trPr>
        <w:tc>
          <w:tcPr>
            <w:tcW w:w="2880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5B5864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7"/>
              </w:rPr>
              <w:t>Prévention</w:t>
            </w:r>
          </w:p>
        </w:tc>
        <w:tc>
          <w:tcPr>
            <w:tcW w:w="7272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5AF8F3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7"/>
              </w:rPr>
              <w:t>Programmes conduits et capacité de déploiement.</w:t>
            </w:r>
          </w:p>
        </w:tc>
      </w:tr>
      <w:tr w:rsidR="00F350C9" w14:paraId="49A2ECE8" w14:textId="77777777">
        <w:trPr>
          <w:cantSplit/>
          <w:jc w:val="center"/>
        </w:trPr>
        <w:tc>
          <w:tcPr>
            <w:tcW w:w="2880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F5F7F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7F1AF2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7"/>
              </w:rPr>
              <w:t>Gestion de projet</w:t>
            </w:r>
          </w:p>
        </w:tc>
        <w:tc>
          <w:tcPr>
            <w:tcW w:w="7272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F5F7F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399200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7"/>
              </w:rPr>
              <w:t>Équipe, procédures, suivi budgétaire et reporting.</w:t>
            </w:r>
          </w:p>
        </w:tc>
      </w:tr>
    </w:tbl>
    <w:p w14:paraId="0A675122" w14:textId="77777777" w:rsidR="00F350C9" w:rsidRDefault="00F350C9">
      <w:pPr>
        <w:spacing w:after="0"/>
      </w:pPr>
    </w:p>
    <w:p w14:paraId="38A03874" w14:textId="77777777" w:rsidR="00F350C9" w:rsidRDefault="00000000">
      <w:pPr>
        <w:keepNext/>
        <w:spacing w:before="60" w:after="40"/>
      </w:pPr>
      <w:r>
        <w:rPr>
          <w:b/>
        </w:rPr>
        <w:t>Constat territorial</w:t>
      </w:r>
      <w:r>
        <w:rPr>
          <w:i/>
          <w:color w:val="687680"/>
          <w:sz w:val="18"/>
        </w:rPr>
        <w:t xml:space="preserve">  Décrire le besoin local, les publics, l’offre existante, les écarts et les données disponibles. Citer les sources.</w:t>
      </w:r>
    </w:p>
    <w:p w14:paraId="75A28F55" w14:textId="77777777" w:rsidR="00F350C9" w:rsidRDefault="00000000">
      <w:pPr>
        <w:spacing w:after="20"/>
      </w:pPr>
      <w:r>
        <w:rPr>
          <w:color w:val="D7DEE4"/>
          <w:sz w:val="16"/>
        </w:rPr>
        <w:t>................................................................................................................................................................</w:t>
      </w:r>
    </w:p>
    <w:p w14:paraId="78619DDF" w14:textId="77777777" w:rsidR="00F350C9" w:rsidRDefault="00000000">
      <w:pPr>
        <w:spacing w:after="20"/>
      </w:pPr>
      <w:r>
        <w:rPr>
          <w:color w:val="D7DEE4"/>
          <w:sz w:val="16"/>
        </w:rPr>
        <w:t>................................................................................................................................................................</w:t>
      </w:r>
    </w:p>
    <w:p w14:paraId="53F266BA" w14:textId="77777777" w:rsidR="00F350C9" w:rsidRDefault="00000000">
      <w:pPr>
        <w:spacing w:after="20"/>
      </w:pPr>
      <w:r>
        <w:rPr>
          <w:color w:val="D7DEE4"/>
          <w:sz w:val="16"/>
        </w:rPr>
        <w:t>................................................................................................................................................................</w:t>
      </w:r>
    </w:p>
    <w:p w14:paraId="155BCB02" w14:textId="77777777" w:rsidR="00F350C9" w:rsidRDefault="00000000">
      <w:pPr>
        <w:spacing w:after="20"/>
      </w:pPr>
      <w:r>
        <w:rPr>
          <w:color w:val="D7DEE4"/>
          <w:sz w:val="16"/>
        </w:rPr>
        <w:t>................................................................................................................................................................</w:t>
      </w:r>
    </w:p>
    <w:p w14:paraId="7D87D29B" w14:textId="77777777" w:rsidR="00F350C9" w:rsidRDefault="00000000">
      <w:pPr>
        <w:keepNext/>
        <w:spacing w:before="60" w:after="40"/>
      </w:pPr>
      <w:r>
        <w:rPr>
          <w:b/>
        </w:rPr>
        <w:t>Valeur ajoutée de la candidature</w:t>
      </w:r>
      <w:r>
        <w:rPr>
          <w:i/>
          <w:color w:val="687680"/>
          <w:sz w:val="18"/>
        </w:rPr>
        <w:t xml:space="preserve">  Pourquoi le territoire et le consortium sont-ils pertinents pour cette expérimentation ?</w:t>
      </w:r>
    </w:p>
    <w:p w14:paraId="5EA77E11" w14:textId="77777777" w:rsidR="00F350C9" w:rsidRDefault="00000000">
      <w:pPr>
        <w:spacing w:after="20"/>
      </w:pPr>
      <w:r>
        <w:rPr>
          <w:color w:val="D7DEE4"/>
          <w:sz w:val="16"/>
        </w:rPr>
        <w:t>................................................................................................................................................................</w:t>
      </w:r>
    </w:p>
    <w:p w14:paraId="5A9C3275" w14:textId="77777777" w:rsidR="00F350C9" w:rsidRDefault="00000000">
      <w:pPr>
        <w:spacing w:after="20"/>
      </w:pPr>
      <w:r>
        <w:rPr>
          <w:color w:val="D7DEE4"/>
          <w:sz w:val="16"/>
        </w:rPr>
        <w:t>................................................................................................................................................................</w:t>
      </w:r>
    </w:p>
    <w:p w14:paraId="35489C01" w14:textId="77777777" w:rsidR="00F350C9" w:rsidRDefault="00000000">
      <w:pPr>
        <w:pStyle w:val="Titre2"/>
      </w:pPr>
      <w:r>
        <w:t>Objectifs</w:t>
      </w:r>
    </w:p>
    <w:p w14:paraId="3D95A29D" w14:textId="77777777" w:rsidR="00F350C9" w:rsidRDefault="00000000">
      <w:pPr>
        <w:keepNext/>
        <w:spacing w:before="60" w:after="40"/>
      </w:pPr>
      <w:r>
        <w:rPr>
          <w:b/>
        </w:rPr>
        <w:t>Objectif principal</w:t>
      </w:r>
      <w:r>
        <w:rPr>
          <w:i/>
          <w:color w:val="687680"/>
          <w:sz w:val="18"/>
        </w:rPr>
        <w:t xml:space="preserve">  Augmenter l’abstinence tabagique validée par mesure du CO. Préciser la cible locale.</w:t>
      </w:r>
    </w:p>
    <w:p w14:paraId="308C291E" w14:textId="77777777" w:rsidR="00F350C9" w:rsidRDefault="00000000">
      <w:pPr>
        <w:spacing w:after="20"/>
      </w:pPr>
      <w:r>
        <w:rPr>
          <w:color w:val="D7DEE4"/>
          <w:sz w:val="16"/>
        </w:rPr>
        <w:t>................................................................................................................................................................</w:t>
      </w:r>
    </w:p>
    <w:p w14:paraId="0C1233B3" w14:textId="77777777" w:rsidR="00F350C9" w:rsidRDefault="00000000">
      <w:pPr>
        <w:keepNext/>
        <w:spacing w:before="60" w:after="40"/>
      </w:pPr>
      <w:r>
        <w:rPr>
          <w:b/>
        </w:rPr>
        <w:t>Objectifs secondaires</w:t>
      </w:r>
      <w:r>
        <w:rPr>
          <w:i/>
          <w:color w:val="687680"/>
          <w:sz w:val="18"/>
        </w:rPr>
        <w:t xml:space="preserve">  Maintien post-partum, repérage, accès aux soins, organisation, acceptabilité, données médico-économiques.</w:t>
      </w:r>
    </w:p>
    <w:p w14:paraId="31561EAA" w14:textId="77777777" w:rsidR="00F350C9" w:rsidRDefault="00000000">
      <w:pPr>
        <w:spacing w:after="20"/>
      </w:pPr>
      <w:r>
        <w:rPr>
          <w:color w:val="D7DEE4"/>
          <w:sz w:val="16"/>
        </w:rPr>
        <w:t>................................................................................................................................................................</w:t>
      </w:r>
    </w:p>
    <w:p w14:paraId="4FE321EB" w14:textId="77777777" w:rsidR="00F350C9" w:rsidRDefault="00000000">
      <w:pPr>
        <w:spacing w:after="20"/>
      </w:pPr>
      <w:r>
        <w:rPr>
          <w:color w:val="D7DEE4"/>
          <w:sz w:val="16"/>
        </w:rPr>
        <w:t>................................................................................................................................................................</w:t>
      </w:r>
    </w:p>
    <w:p w14:paraId="57991D1F" w14:textId="77777777" w:rsidR="00F350C9" w:rsidRDefault="00000000">
      <w:r>
        <w:br w:type="page"/>
      </w:r>
    </w:p>
    <w:p w14:paraId="27FF058E" w14:textId="77777777" w:rsidR="00F350C9" w:rsidRDefault="00000000">
      <w:pPr>
        <w:pStyle w:val="Titre1"/>
      </w:pPr>
      <w:r>
        <w:lastRenderedPageBreak/>
        <w:t>3  Description détaillée du dispositif</w:t>
      </w:r>
    </w:p>
    <w:p w14:paraId="7D84E383" w14:textId="77777777" w:rsidR="00F350C9" w:rsidRDefault="00000000">
      <w:pPr>
        <w:spacing w:after="160"/>
      </w:pPr>
      <w:r>
        <w:rPr>
          <w:i/>
          <w:color w:val="687680"/>
        </w:rPr>
        <w:t>Volume conseillé dans la lettre finale : environ 2 pages. Cette partie doit démontrer la faisabilité du parcours.</w:t>
      </w:r>
    </w:p>
    <w:p w14:paraId="6E190B01" w14:textId="77777777" w:rsidR="00F350C9" w:rsidRDefault="00000000">
      <w:pPr>
        <w:pStyle w:val="Titre2"/>
      </w:pPr>
      <w:r>
        <w:t>Population et recrutement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92"/>
        <w:gridCol w:w="7560"/>
      </w:tblGrid>
      <w:tr w:rsidR="00F350C9" w14:paraId="1AC9F405" w14:textId="77777777">
        <w:trPr>
          <w:tblHeader/>
          <w:jc w:val="center"/>
        </w:trPr>
        <w:tc>
          <w:tcPr>
            <w:tcW w:w="2592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163A5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C80D4A" w14:textId="77777777" w:rsidR="00F350C9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t>Élément</w:t>
            </w:r>
          </w:p>
        </w:tc>
        <w:tc>
          <w:tcPr>
            <w:tcW w:w="7560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163A5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B2A754" w14:textId="77777777" w:rsidR="00F350C9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t>Réponse attendue</w:t>
            </w:r>
          </w:p>
        </w:tc>
      </w:tr>
      <w:tr w:rsidR="00F350C9" w14:paraId="5171DA39" w14:textId="77777777">
        <w:trPr>
          <w:cantSplit/>
          <w:jc w:val="center"/>
        </w:trPr>
        <w:tc>
          <w:tcPr>
            <w:tcW w:w="2592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A327A1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Critères d’inclusion</w:t>
            </w:r>
          </w:p>
        </w:tc>
        <w:tc>
          <w:tcPr>
            <w:tcW w:w="7560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3424BB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18 ans ou plus ; enceinte ; consommatrice de tabac ; suivi ville ou hôpital ; consentement.</w:t>
            </w:r>
          </w:p>
        </w:tc>
      </w:tr>
      <w:tr w:rsidR="00F350C9" w14:paraId="4364D953" w14:textId="77777777">
        <w:trPr>
          <w:cantSplit/>
          <w:jc w:val="center"/>
        </w:trPr>
        <w:tc>
          <w:tcPr>
            <w:tcW w:w="2592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F5F7F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CD90B4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Volume prévisionnel</w:t>
            </w:r>
          </w:p>
        </w:tc>
        <w:tc>
          <w:tcPr>
            <w:tcW w:w="7560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F5F7F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35149E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Nombre de femmes repérées, éligibles et incluses ; hypothèses de calcul.</w:t>
            </w:r>
          </w:p>
        </w:tc>
      </w:tr>
      <w:tr w:rsidR="00F350C9" w14:paraId="313EC1EA" w14:textId="77777777">
        <w:trPr>
          <w:cantSplit/>
          <w:jc w:val="center"/>
        </w:trPr>
        <w:tc>
          <w:tcPr>
            <w:tcW w:w="2592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F21C86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Lieux de recrutement</w:t>
            </w:r>
          </w:p>
        </w:tc>
        <w:tc>
          <w:tcPr>
            <w:tcW w:w="7560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3CEC36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Maternités, consultations, cabinets, PMI ou autres relais envisagés.</w:t>
            </w:r>
          </w:p>
        </w:tc>
      </w:tr>
      <w:tr w:rsidR="00F350C9" w14:paraId="3BBA8E3E" w14:textId="77777777">
        <w:trPr>
          <w:cantSplit/>
          <w:jc w:val="center"/>
        </w:trPr>
        <w:tc>
          <w:tcPr>
            <w:tcW w:w="2592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F5F7F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A1EFDF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Équité d’accès</w:t>
            </w:r>
          </w:p>
        </w:tc>
        <w:tc>
          <w:tcPr>
            <w:tcW w:w="7560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F5F7F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7C0AE4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Mesures prévues pour les publics éloignés, vulnérables ou en difficulté numérique.</w:t>
            </w:r>
          </w:p>
        </w:tc>
      </w:tr>
    </w:tbl>
    <w:p w14:paraId="7EEFA9F3" w14:textId="77777777" w:rsidR="00F350C9" w:rsidRDefault="00F350C9">
      <w:pPr>
        <w:spacing w:after="0"/>
      </w:pPr>
    </w:p>
    <w:p w14:paraId="4B57CFC7" w14:textId="77777777" w:rsidR="00F350C9" w:rsidRDefault="00000000">
      <w:pPr>
        <w:pStyle w:val="Titre2"/>
      </w:pPr>
      <w:r>
        <w:t>Parcours proposé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88"/>
        <w:gridCol w:w="1800"/>
        <w:gridCol w:w="1800"/>
        <w:gridCol w:w="4464"/>
      </w:tblGrid>
      <w:tr w:rsidR="00F350C9" w14:paraId="064BB92C" w14:textId="77777777">
        <w:trPr>
          <w:tblHeader/>
          <w:jc w:val="center"/>
        </w:trPr>
        <w:tc>
          <w:tcPr>
            <w:tcW w:w="2088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163A5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CAF2EB" w14:textId="77777777" w:rsidR="00F350C9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t>Étape</w:t>
            </w:r>
          </w:p>
        </w:tc>
        <w:tc>
          <w:tcPr>
            <w:tcW w:w="1800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163A5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D5CAE2" w14:textId="77777777" w:rsidR="00F350C9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t>Qui</w:t>
            </w:r>
          </w:p>
        </w:tc>
        <w:tc>
          <w:tcPr>
            <w:tcW w:w="1800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163A5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D50BB5" w14:textId="77777777" w:rsidR="00F350C9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t>Où</w:t>
            </w:r>
          </w:p>
        </w:tc>
        <w:tc>
          <w:tcPr>
            <w:tcW w:w="4464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163A5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2EF3CC" w14:textId="77777777" w:rsidR="00F350C9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t>Modalités et traçabilité</w:t>
            </w:r>
          </w:p>
        </w:tc>
      </w:tr>
      <w:tr w:rsidR="00F350C9" w14:paraId="162CC535" w14:textId="77777777">
        <w:trPr>
          <w:cantSplit/>
          <w:jc w:val="center"/>
        </w:trPr>
        <w:tc>
          <w:tcPr>
            <w:tcW w:w="2088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0B7B38" w14:textId="77777777" w:rsidR="00F350C9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5"/>
              </w:rPr>
              <w:t>Repérage du tabagisme</w:t>
            </w:r>
          </w:p>
        </w:tc>
        <w:tc>
          <w:tcPr>
            <w:tcW w:w="1800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82C998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5"/>
              </w:rPr>
              <w:t>[À compléter]</w:t>
            </w:r>
          </w:p>
        </w:tc>
        <w:tc>
          <w:tcPr>
            <w:tcW w:w="1800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7C932E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5"/>
              </w:rPr>
              <w:t>[À compléter]</w:t>
            </w:r>
          </w:p>
        </w:tc>
        <w:tc>
          <w:tcPr>
            <w:tcW w:w="4464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26FFB5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5"/>
              </w:rPr>
              <w:t>Questionnement standardisé et mesure CO.</w:t>
            </w:r>
          </w:p>
        </w:tc>
      </w:tr>
      <w:tr w:rsidR="00F350C9" w14:paraId="7E1DEC40" w14:textId="77777777">
        <w:trPr>
          <w:cantSplit/>
          <w:jc w:val="center"/>
        </w:trPr>
        <w:tc>
          <w:tcPr>
            <w:tcW w:w="2088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F5F7F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963EDF" w14:textId="77777777" w:rsidR="00F350C9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5"/>
              </w:rPr>
              <w:t>Information et consentement</w:t>
            </w:r>
          </w:p>
        </w:tc>
        <w:tc>
          <w:tcPr>
            <w:tcW w:w="1800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F5F7F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F6C8D3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5"/>
              </w:rPr>
              <w:t>[À compléter]</w:t>
            </w:r>
          </w:p>
        </w:tc>
        <w:tc>
          <w:tcPr>
            <w:tcW w:w="1800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F5F7F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83425C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5"/>
              </w:rPr>
              <w:t>[À compléter]</w:t>
            </w:r>
          </w:p>
        </w:tc>
        <w:tc>
          <w:tcPr>
            <w:tcW w:w="4464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F5F7F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959910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5"/>
              </w:rPr>
              <w:t>Contenu, preuve du consentement, confidentialité.</w:t>
            </w:r>
          </w:p>
        </w:tc>
      </w:tr>
      <w:tr w:rsidR="00F350C9" w14:paraId="10C71B58" w14:textId="77777777">
        <w:trPr>
          <w:cantSplit/>
          <w:jc w:val="center"/>
        </w:trPr>
        <w:tc>
          <w:tcPr>
            <w:tcW w:w="2088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FD539A" w14:textId="77777777" w:rsidR="00F350C9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5"/>
              </w:rPr>
              <w:t>Inclusion</w:t>
            </w:r>
          </w:p>
        </w:tc>
        <w:tc>
          <w:tcPr>
            <w:tcW w:w="1800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7D1AA0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5"/>
              </w:rPr>
              <w:t>[À compléter]</w:t>
            </w:r>
          </w:p>
        </w:tc>
        <w:tc>
          <w:tcPr>
            <w:tcW w:w="1800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736A9B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5"/>
              </w:rPr>
              <w:t>[À compléter]</w:t>
            </w:r>
          </w:p>
        </w:tc>
        <w:tc>
          <w:tcPr>
            <w:tcW w:w="4464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CD872A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5"/>
              </w:rPr>
              <w:t>Lors des premières consultations non obligatoires.</w:t>
            </w:r>
          </w:p>
        </w:tc>
      </w:tr>
      <w:tr w:rsidR="00F350C9" w14:paraId="606D7310" w14:textId="77777777">
        <w:trPr>
          <w:cantSplit/>
          <w:jc w:val="center"/>
        </w:trPr>
        <w:tc>
          <w:tcPr>
            <w:tcW w:w="2088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F5F7F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70C494" w14:textId="77777777" w:rsidR="00F350C9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5"/>
              </w:rPr>
              <w:t>7 consultations prénatales</w:t>
            </w:r>
          </w:p>
        </w:tc>
        <w:tc>
          <w:tcPr>
            <w:tcW w:w="1800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F5F7F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3231CB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5"/>
              </w:rPr>
              <w:t>[À compléter]</w:t>
            </w:r>
          </w:p>
        </w:tc>
        <w:tc>
          <w:tcPr>
            <w:tcW w:w="1800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F5F7F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ACEBED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5"/>
              </w:rPr>
              <w:t>[À compléter]</w:t>
            </w:r>
          </w:p>
        </w:tc>
        <w:tc>
          <w:tcPr>
            <w:tcW w:w="4464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F5F7F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E398E6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5"/>
              </w:rPr>
              <w:t>Entretien, mesure CO, résultat, récompense éventuelle.</w:t>
            </w:r>
          </w:p>
        </w:tc>
      </w:tr>
      <w:tr w:rsidR="00F350C9" w14:paraId="54467177" w14:textId="77777777">
        <w:trPr>
          <w:cantSplit/>
          <w:jc w:val="center"/>
        </w:trPr>
        <w:tc>
          <w:tcPr>
            <w:tcW w:w="2088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E41FE7" w14:textId="77777777" w:rsidR="00F350C9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5"/>
              </w:rPr>
              <w:t>Entre les consultations</w:t>
            </w:r>
          </w:p>
        </w:tc>
        <w:tc>
          <w:tcPr>
            <w:tcW w:w="1800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A8BAC3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5"/>
              </w:rPr>
              <w:t>[À compléter]</w:t>
            </w:r>
          </w:p>
        </w:tc>
        <w:tc>
          <w:tcPr>
            <w:tcW w:w="1800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117625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5"/>
              </w:rPr>
              <w:t>[À compléter]</w:t>
            </w:r>
          </w:p>
        </w:tc>
        <w:tc>
          <w:tcPr>
            <w:tcW w:w="4464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EE6933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5"/>
              </w:rPr>
              <w:t>Suivi renforcé et prévention des rechutes.</w:t>
            </w:r>
          </w:p>
        </w:tc>
      </w:tr>
      <w:tr w:rsidR="00F350C9" w14:paraId="5099EB14" w14:textId="77777777">
        <w:trPr>
          <w:cantSplit/>
          <w:jc w:val="center"/>
        </w:trPr>
        <w:tc>
          <w:tcPr>
            <w:tcW w:w="2088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F5F7F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7BB4F4" w14:textId="77777777" w:rsidR="00F350C9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5"/>
              </w:rPr>
              <w:t>Consultation postnatale</w:t>
            </w:r>
          </w:p>
        </w:tc>
        <w:tc>
          <w:tcPr>
            <w:tcW w:w="1800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F5F7F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D9BC7E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5"/>
              </w:rPr>
              <w:t>[À compléter]</w:t>
            </w:r>
          </w:p>
        </w:tc>
        <w:tc>
          <w:tcPr>
            <w:tcW w:w="1800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F5F7F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213565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5"/>
              </w:rPr>
              <w:t>[À compléter]</w:t>
            </w:r>
          </w:p>
        </w:tc>
        <w:tc>
          <w:tcPr>
            <w:tcW w:w="4464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F5F7F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0A34D8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5"/>
              </w:rPr>
              <w:t>Mesure CO à 6 à 8 semaines après l’accouchement.</w:t>
            </w:r>
          </w:p>
        </w:tc>
      </w:tr>
    </w:tbl>
    <w:p w14:paraId="3BDC4957" w14:textId="77777777" w:rsidR="00F350C9" w:rsidRDefault="00F350C9">
      <w:pPr>
        <w:spacing w:after="0"/>
      </w:pPr>
    </w:p>
    <w:p w14:paraId="0CF657BD" w14:textId="77777777" w:rsidR="00F350C9" w:rsidRDefault="00000000">
      <w:pPr>
        <w:keepNext/>
        <w:spacing w:before="60" w:after="40"/>
      </w:pPr>
      <w:r>
        <w:rPr>
          <w:b/>
        </w:rPr>
        <w:t>Accompagnement au sevrage</w:t>
      </w:r>
      <w:r>
        <w:rPr>
          <w:i/>
          <w:color w:val="687680"/>
          <w:sz w:val="18"/>
        </w:rPr>
        <w:t xml:space="preserve">  Entretien motivationnel, orientation, substitution nicotinique, relais spécialisés et gestion des rechutes.</w:t>
      </w:r>
    </w:p>
    <w:p w14:paraId="6190ABED" w14:textId="77777777" w:rsidR="00F350C9" w:rsidRDefault="00000000">
      <w:pPr>
        <w:spacing w:after="20"/>
      </w:pPr>
      <w:r>
        <w:rPr>
          <w:color w:val="D7DEE4"/>
          <w:sz w:val="16"/>
        </w:rPr>
        <w:t>................................................................................................................................................................</w:t>
      </w:r>
    </w:p>
    <w:p w14:paraId="06207AC5" w14:textId="77777777" w:rsidR="00F350C9" w:rsidRDefault="00000000">
      <w:pPr>
        <w:spacing w:after="20"/>
      </w:pPr>
      <w:r>
        <w:rPr>
          <w:color w:val="D7DEE4"/>
          <w:sz w:val="16"/>
        </w:rPr>
        <w:t>................................................................................................................................................................</w:t>
      </w:r>
    </w:p>
    <w:p w14:paraId="2712789D" w14:textId="77777777" w:rsidR="00F350C9" w:rsidRDefault="00000000">
      <w:pPr>
        <w:spacing w:after="20"/>
      </w:pPr>
      <w:r>
        <w:rPr>
          <w:color w:val="D7DEE4"/>
          <w:sz w:val="16"/>
        </w:rPr>
        <w:t>................................................................................................................................................................</w:t>
      </w:r>
    </w:p>
    <w:p w14:paraId="0AA9D67C" w14:textId="77777777" w:rsidR="00F350C9" w:rsidRDefault="00000000">
      <w:r>
        <w:br w:type="page"/>
      </w:r>
    </w:p>
    <w:p w14:paraId="30961669" w14:textId="77777777" w:rsidR="00F350C9" w:rsidRDefault="00000000">
      <w:pPr>
        <w:pStyle w:val="Titre1"/>
      </w:pPr>
      <w:r>
        <w:lastRenderedPageBreak/>
        <w:t>4  Récompenses organisation et partenariats</w:t>
      </w:r>
    </w:p>
    <w:p w14:paraId="08E678F0" w14:textId="77777777" w:rsidR="00F350C9" w:rsidRDefault="00000000">
      <w:pPr>
        <w:spacing w:after="160"/>
      </w:pPr>
      <w:r>
        <w:rPr>
          <w:i/>
          <w:color w:val="687680"/>
        </w:rPr>
        <w:t>Décrire qui fait quoi, comment les bons sont sécurisés et comment la ville et l’hôpital coopèrent.</w:t>
      </w:r>
    </w:p>
    <w:p w14:paraId="0CBA4AE9" w14:textId="77777777" w:rsidR="00F350C9" w:rsidRDefault="00000000">
      <w:pPr>
        <w:pStyle w:val="Titre2"/>
      </w:pPr>
      <w:r>
        <w:t>Gestion de la récompense financière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7272"/>
      </w:tblGrid>
      <w:tr w:rsidR="00F350C9" w14:paraId="6ECDCF39" w14:textId="77777777">
        <w:trPr>
          <w:tblHeader/>
          <w:jc w:val="center"/>
        </w:trPr>
        <w:tc>
          <w:tcPr>
            <w:tcW w:w="2880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163A5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D87734" w14:textId="77777777" w:rsidR="00F350C9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t>Point à documenter</w:t>
            </w:r>
          </w:p>
        </w:tc>
        <w:tc>
          <w:tcPr>
            <w:tcW w:w="7272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163A5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61E653" w14:textId="77777777" w:rsidR="00F350C9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t>Réponse du candidat</w:t>
            </w:r>
          </w:p>
        </w:tc>
      </w:tr>
      <w:tr w:rsidR="00F350C9" w14:paraId="3D6D1BB5" w14:textId="77777777">
        <w:trPr>
          <w:cantSplit/>
          <w:jc w:val="center"/>
        </w:trPr>
        <w:tc>
          <w:tcPr>
            <w:tcW w:w="2880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93AC13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Schéma des gains</w:t>
            </w:r>
          </w:p>
        </w:tc>
        <w:tc>
          <w:tcPr>
            <w:tcW w:w="7272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3D442D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Reprendre le schéma communiqué par le COTECH FLCA.</w:t>
            </w:r>
          </w:p>
        </w:tc>
      </w:tr>
      <w:tr w:rsidR="00F350C9" w14:paraId="2286855A" w14:textId="77777777">
        <w:trPr>
          <w:cantSplit/>
          <w:jc w:val="center"/>
        </w:trPr>
        <w:tc>
          <w:tcPr>
            <w:tcW w:w="2880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F5F7F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CCD2C9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Validation de l’abstinence</w:t>
            </w:r>
          </w:p>
        </w:tc>
        <w:tc>
          <w:tcPr>
            <w:tcW w:w="7272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F5F7F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BF2F4D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Seuil, mesure CO, professionnel habilité, saisie et contrôle.</w:t>
            </w:r>
          </w:p>
        </w:tc>
      </w:tr>
      <w:tr w:rsidR="00F350C9" w14:paraId="3CE4D500" w14:textId="77777777">
        <w:trPr>
          <w:cantSplit/>
          <w:jc w:val="center"/>
        </w:trPr>
        <w:tc>
          <w:tcPr>
            <w:tcW w:w="2880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B68226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Bons dématérialisés</w:t>
            </w:r>
          </w:p>
        </w:tc>
        <w:tc>
          <w:tcPr>
            <w:tcW w:w="7272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ABA4F9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Prestataire, émission, remise, traçabilité, prévention des doubles versements.</w:t>
            </w:r>
          </w:p>
        </w:tc>
      </w:tr>
      <w:tr w:rsidR="00F350C9" w14:paraId="67D4144D" w14:textId="77777777">
        <w:trPr>
          <w:cantSplit/>
          <w:jc w:val="center"/>
        </w:trPr>
        <w:tc>
          <w:tcPr>
            <w:tcW w:w="2880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F5F7F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CC343F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Achats interdits</w:t>
            </w:r>
          </w:p>
        </w:tc>
        <w:tc>
          <w:tcPr>
            <w:tcW w:w="7272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F5F7F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FD2729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Blocage du tabac, de l’alcool et des jeux d’argent et de hasard.</w:t>
            </w:r>
          </w:p>
        </w:tc>
      </w:tr>
      <w:tr w:rsidR="00F350C9" w14:paraId="2811CA94" w14:textId="77777777">
        <w:trPr>
          <w:cantSplit/>
          <w:jc w:val="center"/>
        </w:trPr>
        <w:tc>
          <w:tcPr>
            <w:tcW w:w="2880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1BC7F5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Mesure positive</w:t>
            </w:r>
          </w:p>
        </w:tc>
        <w:tc>
          <w:tcPr>
            <w:tcW w:w="7272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D2E7C2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Absence de gain pour la visite, sans exclusion de la participante.</w:t>
            </w:r>
          </w:p>
        </w:tc>
      </w:tr>
    </w:tbl>
    <w:p w14:paraId="4D956615" w14:textId="77777777" w:rsidR="00F350C9" w:rsidRDefault="00F350C9">
      <w:pPr>
        <w:spacing w:after="0"/>
      </w:pPr>
    </w:p>
    <w:p w14:paraId="777A170E" w14:textId="77777777" w:rsidR="00F350C9" w:rsidRDefault="00000000">
      <w:pPr>
        <w:pStyle w:val="Titre2"/>
      </w:pPr>
      <w:r>
        <w:t>Gouvernance et coordination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76"/>
        <w:gridCol w:w="4320"/>
        <w:gridCol w:w="3456"/>
      </w:tblGrid>
      <w:tr w:rsidR="00F350C9" w14:paraId="1E5D18AF" w14:textId="77777777">
        <w:trPr>
          <w:tblHeader/>
          <w:jc w:val="center"/>
        </w:trPr>
        <w:tc>
          <w:tcPr>
            <w:tcW w:w="2376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163A5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D375B7" w14:textId="77777777" w:rsidR="00F350C9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t>Acteur</w:t>
            </w:r>
          </w:p>
        </w:tc>
        <w:tc>
          <w:tcPr>
            <w:tcW w:w="4320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163A5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57AA3F" w14:textId="77777777" w:rsidR="00F350C9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t>Rôle</w:t>
            </w:r>
          </w:p>
        </w:tc>
        <w:tc>
          <w:tcPr>
            <w:tcW w:w="3456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163A5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2B18A3" w14:textId="77777777" w:rsidR="00F350C9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t>Engagement ou ressource</w:t>
            </w:r>
          </w:p>
        </w:tc>
      </w:tr>
      <w:tr w:rsidR="00F350C9" w14:paraId="6881C331" w14:textId="77777777">
        <w:trPr>
          <w:cantSplit/>
          <w:jc w:val="center"/>
        </w:trPr>
        <w:tc>
          <w:tcPr>
            <w:tcW w:w="2376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88A187" w14:textId="77777777" w:rsidR="00F350C9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5"/>
              </w:rPr>
              <w:t>Structure porteuse</w:t>
            </w:r>
          </w:p>
        </w:tc>
        <w:tc>
          <w:tcPr>
            <w:tcW w:w="4320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A99B79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5"/>
              </w:rPr>
              <w:t>Pilotage, budget, conventions, reporting.</w:t>
            </w:r>
          </w:p>
        </w:tc>
        <w:tc>
          <w:tcPr>
            <w:tcW w:w="3456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BE4C4B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5"/>
              </w:rPr>
              <w:t>[À compléter]</w:t>
            </w:r>
          </w:p>
        </w:tc>
      </w:tr>
      <w:tr w:rsidR="00F350C9" w14:paraId="301A3DFE" w14:textId="77777777">
        <w:trPr>
          <w:cantSplit/>
          <w:jc w:val="center"/>
        </w:trPr>
        <w:tc>
          <w:tcPr>
            <w:tcW w:w="2376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F5F7F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2A28DC" w14:textId="77777777" w:rsidR="00F350C9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5"/>
              </w:rPr>
              <w:t>Maternité ou établissement</w:t>
            </w:r>
          </w:p>
        </w:tc>
        <w:tc>
          <w:tcPr>
            <w:tcW w:w="4320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F5F7F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6E55A4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5"/>
              </w:rPr>
              <w:t>Repérage, inclusion, suivi.</w:t>
            </w:r>
          </w:p>
        </w:tc>
        <w:tc>
          <w:tcPr>
            <w:tcW w:w="3456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F5F7F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D846A1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5"/>
              </w:rPr>
              <w:t>[À compléter]</w:t>
            </w:r>
          </w:p>
        </w:tc>
      </w:tr>
      <w:tr w:rsidR="00F350C9" w14:paraId="7961F3CA" w14:textId="77777777">
        <w:trPr>
          <w:cantSplit/>
          <w:jc w:val="center"/>
        </w:trPr>
        <w:tc>
          <w:tcPr>
            <w:tcW w:w="2376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C91941" w14:textId="77777777" w:rsidR="00F350C9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5"/>
              </w:rPr>
              <w:t>Professionnels de ville</w:t>
            </w:r>
          </w:p>
        </w:tc>
        <w:tc>
          <w:tcPr>
            <w:tcW w:w="4320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DAC69A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5"/>
              </w:rPr>
              <w:t>Repérage, suivi et continuité.</w:t>
            </w:r>
          </w:p>
        </w:tc>
        <w:tc>
          <w:tcPr>
            <w:tcW w:w="3456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01E2AE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5"/>
              </w:rPr>
              <w:t>[À compléter]</w:t>
            </w:r>
          </w:p>
        </w:tc>
      </w:tr>
      <w:tr w:rsidR="00F350C9" w14:paraId="11207F60" w14:textId="77777777">
        <w:trPr>
          <w:cantSplit/>
          <w:jc w:val="center"/>
        </w:trPr>
        <w:tc>
          <w:tcPr>
            <w:tcW w:w="2376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F5F7F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D290A2" w14:textId="77777777" w:rsidR="00F350C9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5"/>
              </w:rPr>
              <w:t>Réseau périnatal</w:t>
            </w:r>
          </w:p>
        </w:tc>
        <w:tc>
          <w:tcPr>
            <w:tcW w:w="4320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F5F7F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036141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5"/>
              </w:rPr>
              <w:t>Coordination et appui.</w:t>
            </w:r>
          </w:p>
        </w:tc>
        <w:tc>
          <w:tcPr>
            <w:tcW w:w="3456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F5F7F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B6E29D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5"/>
              </w:rPr>
              <w:t>[À compléter]</w:t>
            </w:r>
          </w:p>
        </w:tc>
      </w:tr>
      <w:tr w:rsidR="00F350C9" w14:paraId="06FB39B7" w14:textId="77777777">
        <w:trPr>
          <w:cantSplit/>
          <w:jc w:val="center"/>
        </w:trPr>
        <w:tc>
          <w:tcPr>
            <w:tcW w:w="2376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C32D4A" w14:textId="77777777" w:rsidR="00F350C9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5"/>
              </w:rPr>
              <w:t>Tabacologie ou addictologie</w:t>
            </w:r>
          </w:p>
        </w:tc>
        <w:tc>
          <w:tcPr>
            <w:tcW w:w="4320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AD3831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5"/>
              </w:rPr>
              <w:t>Formation, expertise, orientation.</w:t>
            </w:r>
          </w:p>
        </w:tc>
        <w:tc>
          <w:tcPr>
            <w:tcW w:w="3456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516E25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5"/>
              </w:rPr>
              <w:t>[À compléter]</w:t>
            </w:r>
          </w:p>
        </w:tc>
      </w:tr>
      <w:tr w:rsidR="00F350C9" w14:paraId="28CDC71E" w14:textId="77777777">
        <w:trPr>
          <w:cantSplit/>
          <w:jc w:val="center"/>
        </w:trPr>
        <w:tc>
          <w:tcPr>
            <w:tcW w:w="2376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F5F7F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E1E4C3" w14:textId="77777777" w:rsidR="00F350C9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5"/>
              </w:rPr>
              <w:t>Évaluateur externe</w:t>
            </w:r>
          </w:p>
        </w:tc>
        <w:tc>
          <w:tcPr>
            <w:tcW w:w="4320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F5F7F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121163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5"/>
              </w:rPr>
              <w:t>Méthode, collecte, analyse.</w:t>
            </w:r>
          </w:p>
        </w:tc>
        <w:tc>
          <w:tcPr>
            <w:tcW w:w="3456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F5F7F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31E93E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5"/>
              </w:rPr>
              <w:t>[À compléter]</w:t>
            </w:r>
          </w:p>
        </w:tc>
      </w:tr>
    </w:tbl>
    <w:p w14:paraId="795C8A55" w14:textId="77777777" w:rsidR="00F350C9" w:rsidRDefault="00F350C9">
      <w:pPr>
        <w:spacing w:after="0"/>
      </w:pPr>
    </w:p>
    <w:p w14:paraId="6E33E72C" w14:textId="77777777" w:rsidR="00F350C9" w:rsidRDefault="00000000">
      <w:pPr>
        <w:keepNext/>
        <w:spacing w:before="60" w:after="40"/>
      </w:pPr>
      <w:r>
        <w:rPr>
          <w:b/>
        </w:rPr>
        <w:t>Modalités de coordination</w:t>
      </w:r>
      <w:r>
        <w:rPr>
          <w:i/>
          <w:color w:val="687680"/>
          <w:sz w:val="18"/>
        </w:rPr>
        <w:t xml:space="preserve">  Instances, fréquence, outils, responsable des décisions et circuit d’alerte.</w:t>
      </w:r>
    </w:p>
    <w:p w14:paraId="58386C68" w14:textId="77777777" w:rsidR="00F350C9" w:rsidRDefault="00000000">
      <w:pPr>
        <w:spacing w:after="20"/>
      </w:pPr>
      <w:r>
        <w:rPr>
          <w:color w:val="D7DEE4"/>
          <w:sz w:val="16"/>
        </w:rPr>
        <w:t>................................................................................................................................................................</w:t>
      </w:r>
    </w:p>
    <w:p w14:paraId="07A3C181" w14:textId="77777777" w:rsidR="00F350C9" w:rsidRDefault="00000000">
      <w:pPr>
        <w:spacing w:after="20"/>
      </w:pPr>
      <w:r>
        <w:rPr>
          <w:color w:val="D7DEE4"/>
          <w:sz w:val="16"/>
        </w:rPr>
        <w:t>................................................................................................................................................................</w:t>
      </w:r>
    </w:p>
    <w:p w14:paraId="30431EAC" w14:textId="77777777" w:rsidR="00F350C9" w:rsidRDefault="00000000">
      <w:pPr>
        <w:keepNext/>
        <w:spacing w:before="60" w:after="40"/>
      </w:pPr>
      <w:r>
        <w:rPr>
          <w:b/>
        </w:rPr>
        <w:t>Couverture géographique</w:t>
      </w:r>
      <w:r>
        <w:rPr>
          <w:i/>
          <w:color w:val="687680"/>
          <w:sz w:val="18"/>
        </w:rPr>
        <w:t xml:space="preserve">  Territoires, sites et complémentarité ville-hôpital.</w:t>
      </w:r>
    </w:p>
    <w:p w14:paraId="19FC77CA" w14:textId="77777777" w:rsidR="00F350C9" w:rsidRDefault="00000000">
      <w:pPr>
        <w:spacing w:after="20"/>
      </w:pPr>
      <w:r>
        <w:rPr>
          <w:color w:val="D7DEE4"/>
          <w:sz w:val="16"/>
        </w:rPr>
        <w:t>................................................................................................................................................................</w:t>
      </w:r>
    </w:p>
    <w:p w14:paraId="058C48EB" w14:textId="77777777" w:rsidR="00F350C9" w:rsidRDefault="00000000">
      <w:pPr>
        <w:spacing w:after="20"/>
      </w:pPr>
      <w:r>
        <w:rPr>
          <w:color w:val="D7DEE4"/>
          <w:sz w:val="16"/>
        </w:rPr>
        <w:t>................................................................................................................................................................</w:t>
      </w:r>
    </w:p>
    <w:p w14:paraId="71D60C40" w14:textId="77777777" w:rsidR="00F350C9" w:rsidRDefault="00000000">
      <w:r>
        <w:br w:type="page"/>
      </w:r>
    </w:p>
    <w:p w14:paraId="3BA0EBE3" w14:textId="77777777" w:rsidR="00F350C9" w:rsidRDefault="00000000">
      <w:pPr>
        <w:pStyle w:val="Titre1"/>
      </w:pPr>
      <w:r>
        <w:lastRenderedPageBreak/>
        <w:t>5  Ressources suivi et évaluation externe</w:t>
      </w:r>
    </w:p>
    <w:p w14:paraId="27862807" w14:textId="77777777" w:rsidR="00F350C9" w:rsidRDefault="00000000">
      <w:pPr>
        <w:spacing w:after="160"/>
      </w:pPr>
      <w:r>
        <w:rPr>
          <w:i/>
          <w:color w:val="687680"/>
        </w:rPr>
        <w:t>Volume conseillé dans la lettre finale : environ 1 page.</w:t>
      </w:r>
    </w:p>
    <w:p w14:paraId="60BA4FBC" w14:textId="77777777" w:rsidR="00F350C9" w:rsidRDefault="00000000">
      <w:pPr>
        <w:pStyle w:val="Titre2"/>
      </w:pPr>
      <w:r>
        <w:t>Ressources mobilisées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20"/>
        <w:gridCol w:w="2304"/>
        <w:gridCol w:w="2880"/>
        <w:gridCol w:w="2448"/>
      </w:tblGrid>
      <w:tr w:rsidR="00F350C9" w14:paraId="103F5001" w14:textId="77777777">
        <w:trPr>
          <w:tblHeader/>
          <w:jc w:val="center"/>
        </w:trPr>
        <w:tc>
          <w:tcPr>
            <w:tcW w:w="2520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163A5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91CC2A" w14:textId="77777777" w:rsidR="00F350C9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t>Ressource</w:t>
            </w:r>
          </w:p>
        </w:tc>
        <w:tc>
          <w:tcPr>
            <w:tcW w:w="2304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163A5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52648B" w14:textId="77777777" w:rsidR="00F350C9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t>Disponible</w:t>
            </w:r>
          </w:p>
        </w:tc>
        <w:tc>
          <w:tcPr>
            <w:tcW w:w="2880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163A5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E7D096" w14:textId="77777777" w:rsidR="00F350C9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t>À acquérir ou financer</w:t>
            </w:r>
          </w:p>
        </w:tc>
        <w:tc>
          <w:tcPr>
            <w:tcW w:w="2448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163A5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39C4CA" w14:textId="77777777" w:rsidR="00F350C9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t>Responsable</w:t>
            </w:r>
          </w:p>
        </w:tc>
      </w:tr>
      <w:tr w:rsidR="00F350C9" w14:paraId="49AA9FCC" w14:textId="77777777">
        <w:trPr>
          <w:cantSplit/>
          <w:jc w:val="center"/>
        </w:trPr>
        <w:tc>
          <w:tcPr>
            <w:tcW w:w="2520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ECE8F0" w14:textId="77777777" w:rsidR="00F350C9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Coordination</w:t>
            </w:r>
          </w:p>
        </w:tc>
        <w:tc>
          <w:tcPr>
            <w:tcW w:w="2304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B13055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[ETP]</w:t>
            </w:r>
          </w:p>
        </w:tc>
        <w:tc>
          <w:tcPr>
            <w:tcW w:w="2880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97EAFE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[ETP ou coût]</w:t>
            </w:r>
          </w:p>
        </w:tc>
        <w:tc>
          <w:tcPr>
            <w:tcW w:w="2448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1F025E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[À compléter]</w:t>
            </w:r>
          </w:p>
        </w:tc>
      </w:tr>
      <w:tr w:rsidR="00F350C9" w14:paraId="35D394F4" w14:textId="77777777">
        <w:trPr>
          <w:cantSplit/>
          <w:jc w:val="center"/>
        </w:trPr>
        <w:tc>
          <w:tcPr>
            <w:tcW w:w="2520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F5F7F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C1322C" w14:textId="77777777" w:rsidR="00F350C9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Professionnels de santé</w:t>
            </w:r>
          </w:p>
        </w:tc>
        <w:tc>
          <w:tcPr>
            <w:tcW w:w="2304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F5F7F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AE8C63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[ETP ou temps]</w:t>
            </w:r>
          </w:p>
        </w:tc>
        <w:tc>
          <w:tcPr>
            <w:tcW w:w="2880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F5F7F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4C99F7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[Besoin]</w:t>
            </w:r>
          </w:p>
        </w:tc>
        <w:tc>
          <w:tcPr>
            <w:tcW w:w="2448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F5F7F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BB7710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[À compléter]</w:t>
            </w:r>
          </w:p>
        </w:tc>
      </w:tr>
      <w:tr w:rsidR="00F350C9" w14:paraId="08EEE1C6" w14:textId="77777777">
        <w:trPr>
          <w:cantSplit/>
          <w:jc w:val="center"/>
        </w:trPr>
        <w:tc>
          <w:tcPr>
            <w:tcW w:w="2520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061CF3" w14:textId="77777777" w:rsidR="00F350C9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CO-testeurs</w:t>
            </w:r>
          </w:p>
        </w:tc>
        <w:tc>
          <w:tcPr>
            <w:tcW w:w="2304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91549E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[Nombre]</w:t>
            </w:r>
          </w:p>
        </w:tc>
        <w:tc>
          <w:tcPr>
            <w:tcW w:w="2880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681009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[Nombre]</w:t>
            </w:r>
          </w:p>
        </w:tc>
        <w:tc>
          <w:tcPr>
            <w:tcW w:w="2448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3BEC8F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[À compléter]</w:t>
            </w:r>
          </w:p>
        </w:tc>
      </w:tr>
      <w:tr w:rsidR="00F350C9" w14:paraId="215C2791" w14:textId="77777777">
        <w:trPr>
          <w:cantSplit/>
          <w:jc w:val="center"/>
        </w:trPr>
        <w:tc>
          <w:tcPr>
            <w:tcW w:w="2520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F5F7F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5828C5" w14:textId="77777777" w:rsidR="00F350C9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Consommables</w:t>
            </w:r>
          </w:p>
        </w:tc>
        <w:tc>
          <w:tcPr>
            <w:tcW w:w="2304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F5F7F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20DE1E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[Stock]</w:t>
            </w:r>
          </w:p>
        </w:tc>
        <w:tc>
          <w:tcPr>
            <w:tcW w:w="2880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F5F7F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F5E27C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[Besoin]</w:t>
            </w:r>
          </w:p>
        </w:tc>
        <w:tc>
          <w:tcPr>
            <w:tcW w:w="2448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F5F7F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FEBB17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[À compléter]</w:t>
            </w:r>
          </w:p>
        </w:tc>
      </w:tr>
      <w:tr w:rsidR="00F350C9" w14:paraId="508B00CE" w14:textId="77777777">
        <w:trPr>
          <w:cantSplit/>
          <w:jc w:val="center"/>
        </w:trPr>
        <w:tc>
          <w:tcPr>
            <w:tcW w:w="2520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66A0B8" w14:textId="77777777" w:rsidR="00F350C9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Système de suivi</w:t>
            </w:r>
          </w:p>
        </w:tc>
        <w:tc>
          <w:tcPr>
            <w:tcW w:w="2304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3091C7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[Outil]</w:t>
            </w:r>
          </w:p>
        </w:tc>
        <w:tc>
          <w:tcPr>
            <w:tcW w:w="2880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555E74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[Adaptation]</w:t>
            </w:r>
          </w:p>
        </w:tc>
        <w:tc>
          <w:tcPr>
            <w:tcW w:w="2448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1555D7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[À compléter]</w:t>
            </w:r>
          </w:p>
        </w:tc>
      </w:tr>
      <w:tr w:rsidR="00F350C9" w14:paraId="3957C4AB" w14:textId="77777777">
        <w:trPr>
          <w:cantSplit/>
          <w:jc w:val="center"/>
        </w:trPr>
        <w:tc>
          <w:tcPr>
            <w:tcW w:w="2520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F5F7F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AAC7A8" w14:textId="77777777" w:rsidR="00F350C9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Formation</w:t>
            </w:r>
          </w:p>
        </w:tc>
        <w:tc>
          <w:tcPr>
            <w:tcW w:w="2304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F5F7F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BA7CA7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[Compétences]</w:t>
            </w:r>
          </w:p>
        </w:tc>
        <w:tc>
          <w:tcPr>
            <w:tcW w:w="2880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F5F7F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4CFFFC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[Sessions]</w:t>
            </w:r>
          </w:p>
        </w:tc>
        <w:tc>
          <w:tcPr>
            <w:tcW w:w="2448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F5F7F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056747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[À compléter]</w:t>
            </w:r>
          </w:p>
        </w:tc>
      </w:tr>
    </w:tbl>
    <w:p w14:paraId="77209E99" w14:textId="77777777" w:rsidR="00F350C9" w:rsidRDefault="00F350C9">
      <w:pPr>
        <w:spacing w:after="0"/>
      </w:pPr>
    </w:p>
    <w:p w14:paraId="3971428D" w14:textId="77777777" w:rsidR="00F350C9" w:rsidRDefault="00000000">
      <w:pPr>
        <w:pStyle w:val="Titre2"/>
      </w:pPr>
      <w:r>
        <w:t>Évaluation externe</w:t>
      </w:r>
    </w:p>
    <w:p w14:paraId="4912F583" w14:textId="77777777" w:rsidR="00F350C9" w:rsidRDefault="00000000">
      <w:pPr>
        <w:keepNext/>
        <w:spacing w:before="60" w:after="40"/>
      </w:pPr>
      <w:r>
        <w:rPr>
          <w:b/>
        </w:rPr>
        <w:t>Évaluateur pressenti</w:t>
      </w:r>
      <w:r>
        <w:rPr>
          <w:i/>
          <w:color w:val="687680"/>
          <w:sz w:val="18"/>
        </w:rPr>
        <w:t xml:space="preserve">  Nom, statut, indépendance, expérience et état de l’engagement.</w:t>
      </w:r>
    </w:p>
    <w:p w14:paraId="776177B5" w14:textId="77777777" w:rsidR="00F350C9" w:rsidRDefault="00000000">
      <w:pPr>
        <w:spacing w:after="20"/>
      </w:pPr>
      <w:r>
        <w:rPr>
          <w:color w:val="D7DEE4"/>
          <w:sz w:val="16"/>
        </w:rPr>
        <w:t>................................................................................................................................................................</w:t>
      </w:r>
    </w:p>
    <w:p w14:paraId="713A41C7" w14:textId="77777777" w:rsidR="00F350C9" w:rsidRDefault="00000000">
      <w:pPr>
        <w:spacing w:after="20"/>
      </w:pPr>
      <w:r>
        <w:rPr>
          <w:color w:val="D7DEE4"/>
          <w:sz w:val="16"/>
        </w:rPr>
        <w:t>................................................................................................................................................................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60"/>
        <w:gridCol w:w="7992"/>
      </w:tblGrid>
      <w:tr w:rsidR="00F350C9" w14:paraId="316F7005" w14:textId="77777777">
        <w:trPr>
          <w:tblHeader/>
          <w:jc w:val="center"/>
        </w:trPr>
        <w:tc>
          <w:tcPr>
            <w:tcW w:w="2160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163A5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FA6634" w14:textId="77777777" w:rsidR="00F350C9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t>Dimension</w:t>
            </w:r>
          </w:p>
        </w:tc>
        <w:tc>
          <w:tcPr>
            <w:tcW w:w="7992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163A5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2FBCEC" w14:textId="77777777" w:rsidR="00F350C9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t>Questions et indicateurs à prévoir</w:t>
            </w:r>
          </w:p>
        </w:tc>
      </w:tr>
      <w:tr w:rsidR="00F350C9" w14:paraId="6580E08C" w14:textId="77777777">
        <w:trPr>
          <w:cantSplit/>
          <w:jc w:val="center"/>
        </w:trPr>
        <w:tc>
          <w:tcPr>
            <w:tcW w:w="2160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2931D5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Processus</w:t>
            </w:r>
          </w:p>
        </w:tc>
        <w:tc>
          <w:tcPr>
            <w:tcW w:w="7992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696CD5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Femmes repérées, proposées, incluses ; consultations réalisées ; professionnels et sites actifs.</w:t>
            </w:r>
          </w:p>
        </w:tc>
      </w:tr>
      <w:tr w:rsidR="00F350C9" w14:paraId="1DD5694A" w14:textId="77777777">
        <w:trPr>
          <w:cantSplit/>
          <w:jc w:val="center"/>
        </w:trPr>
        <w:tc>
          <w:tcPr>
            <w:tcW w:w="2160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F5F7F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334B67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Résultats</w:t>
            </w:r>
          </w:p>
        </w:tc>
        <w:tc>
          <w:tcPr>
            <w:tcW w:w="7992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F5F7F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E08183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Abstinence validée par CO aux différentes étapes ; maintien post-partum ; recours aux soins.</w:t>
            </w:r>
          </w:p>
        </w:tc>
      </w:tr>
      <w:tr w:rsidR="00F350C9" w14:paraId="092A6360" w14:textId="77777777">
        <w:trPr>
          <w:cantSplit/>
          <w:jc w:val="center"/>
        </w:trPr>
        <w:tc>
          <w:tcPr>
            <w:tcW w:w="2160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350889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Acceptabilité</w:t>
            </w:r>
          </w:p>
        </w:tc>
        <w:tc>
          <w:tcPr>
            <w:tcW w:w="7992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9542A4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Expérience des participantes et des professionnels ; refus, abandons, difficultés.</w:t>
            </w:r>
          </w:p>
        </w:tc>
      </w:tr>
      <w:tr w:rsidR="00F350C9" w14:paraId="33E4EDBE" w14:textId="77777777">
        <w:trPr>
          <w:cantSplit/>
          <w:jc w:val="center"/>
        </w:trPr>
        <w:tc>
          <w:tcPr>
            <w:tcW w:w="2160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F5F7F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330C87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Efficacité et coûts</w:t>
            </w:r>
          </w:p>
        </w:tc>
        <w:tc>
          <w:tcPr>
            <w:tcW w:w="7992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F5F7F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7468CA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Coût par participante et par abstinence ; ressources consommées ; impacts observés.</w:t>
            </w:r>
          </w:p>
        </w:tc>
      </w:tr>
      <w:tr w:rsidR="00F350C9" w14:paraId="0D34895C" w14:textId="77777777">
        <w:trPr>
          <w:cantSplit/>
          <w:jc w:val="center"/>
        </w:trPr>
        <w:tc>
          <w:tcPr>
            <w:tcW w:w="2160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815C20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Mise à l’échelle</w:t>
            </w:r>
          </w:p>
        </w:tc>
        <w:tc>
          <w:tcPr>
            <w:tcW w:w="7992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B82A1E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Conditions de reproductibilité, freins, leviers et adaptations territoriales.</w:t>
            </w:r>
          </w:p>
        </w:tc>
      </w:tr>
    </w:tbl>
    <w:p w14:paraId="33863456" w14:textId="77777777" w:rsidR="00F350C9" w:rsidRDefault="00F350C9">
      <w:pPr>
        <w:spacing w:after="0"/>
      </w:pPr>
    </w:p>
    <w:p w14:paraId="3E929DA3" w14:textId="77777777" w:rsidR="00F350C9" w:rsidRDefault="00000000">
      <w:pPr>
        <w:keepNext/>
        <w:spacing w:before="60" w:after="40"/>
      </w:pPr>
      <w:r>
        <w:rPr>
          <w:b/>
        </w:rPr>
        <w:t>Données et responsabilités</w:t>
      </w:r>
      <w:r>
        <w:rPr>
          <w:i/>
          <w:color w:val="687680"/>
          <w:sz w:val="18"/>
        </w:rPr>
        <w:t xml:space="preserve">  Données collectées, sources, fréquence, qualité, confidentialité, responsable et calendrier des bilans.</w:t>
      </w:r>
    </w:p>
    <w:p w14:paraId="19B63A41" w14:textId="77777777" w:rsidR="00F350C9" w:rsidRDefault="00000000">
      <w:pPr>
        <w:spacing w:after="20"/>
      </w:pPr>
      <w:r>
        <w:rPr>
          <w:color w:val="D7DEE4"/>
          <w:sz w:val="16"/>
        </w:rPr>
        <w:t>................................................................................................................................................................</w:t>
      </w:r>
    </w:p>
    <w:p w14:paraId="7EE58063" w14:textId="77777777" w:rsidR="00F350C9" w:rsidRDefault="00000000">
      <w:pPr>
        <w:spacing w:after="20"/>
      </w:pPr>
      <w:r>
        <w:rPr>
          <w:color w:val="D7DEE4"/>
          <w:sz w:val="16"/>
        </w:rPr>
        <w:t>................................................................................................................................................................</w:t>
      </w:r>
    </w:p>
    <w:p w14:paraId="457B5FAF" w14:textId="77777777" w:rsidR="00F350C9" w:rsidRDefault="00000000">
      <w:r>
        <w:br w:type="page"/>
      </w:r>
    </w:p>
    <w:p w14:paraId="29129105" w14:textId="77777777" w:rsidR="00F350C9" w:rsidRDefault="00000000">
      <w:pPr>
        <w:pStyle w:val="Titre1"/>
      </w:pPr>
      <w:r>
        <w:lastRenderedPageBreak/>
        <w:t>6  Calendrier risques et conditions de réussite</w:t>
      </w:r>
    </w:p>
    <w:p w14:paraId="48523B7E" w14:textId="77777777" w:rsidR="00F350C9" w:rsidRDefault="00000000">
      <w:pPr>
        <w:spacing w:after="160"/>
      </w:pPr>
      <w:r>
        <w:rPr>
          <w:i/>
          <w:color w:val="687680"/>
        </w:rPr>
        <w:t>Présenter un démarrage réaliste et distinguer préparation, lancement des inclusions et évaluation.</w:t>
      </w:r>
    </w:p>
    <w:p w14:paraId="15C11FFA" w14:textId="77777777" w:rsidR="00F350C9" w:rsidRDefault="00000000">
      <w:pPr>
        <w:pStyle w:val="Titre2"/>
      </w:pPr>
      <w:r>
        <w:t>Calendrier prévisionnel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88"/>
        <w:gridCol w:w="1800"/>
        <w:gridCol w:w="6264"/>
      </w:tblGrid>
      <w:tr w:rsidR="00F350C9" w14:paraId="4815CD7A" w14:textId="77777777">
        <w:trPr>
          <w:tblHeader/>
          <w:jc w:val="center"/>
        </w:trPr>
        <w:tc>
          <w:tcPr>
            <w:tcW w:w="2088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163A5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F46D13" w14:textId="77777777" w:rsidR="00F350C9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t>Phase</w:t>
            </w:r>
          </w:p>
        </w:tc>
        <w:tc>
          <w:tcPr>
            <w:tcW w:w="1800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163A5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092EAC" w14:textId="77777777" w:rsidR="00F350C9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t>Période</w:t>
            </w:r>
          </w:p>
        </w:tc>
        <w:tc>
          <w:tcPr>
            <w:tcW w:w="6264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163A5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503BDF" w14:textId="77777777" w:rsidR="00F350C9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t>Actions et livrables</w:t>
            </w:r>
          </w:p>
        </w:tc>
      </w:tr>
      <w:tr w:rsidR="00F350C9" w14:paraId="688891DE" w14:textId="77777777">
        <w:trPr>
          <w:cantSplit/>
          <w:jc w:val="center"/>
        </w:trPr>
        <w:tc>
          <w:tcPr>
            <w:tcW w:w="2088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7897A4" w14:textId="77777777" w:rsidR="00F350C9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Cadrage et conventions</w:t>
            </w:r>
          </w:p>
        </w:tc>
        <w:tc>
          <w:tcPr>
            <w:tcW w:w="1800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5E2BA5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[Dates]</w:t>
            </w:r>
          </w:p>
        </w:tc>
        <w:tc>
          <w:tcPr>
            <w:tcW w:w="6264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BD3435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Gouvernance, engagements, protocole, budget.</w:t>
            </w:r>
          </w:p>
        </w:tc>
      </w:tr>
      <w:tr w:rsidR="00F350C9" w14:paraId="0C55CF89" w14:textId="77777777">
        <w:trPr>
          <w:cantSplit/>
          <w:jc w:val="center"/>
        </w:trPr>
        <w:tc>
          <w:tcPr>
            <w:tcW w:w="2088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F5F7F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50EFD4" w14:textId="77777777" w:rsidR="00F350C9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Préparation</w:t>
            </w:r>
          </w:p>
        </w:tc>
        <w:tc>
          <w:tcPr>
            <w:tcW w:w="1800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F5F7F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0D6D5B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[Dates]</w:t>
            </w:r>
          </w:p>
        </w:tc>
        <w:tc>
          <w:tcPr>
            <w:tcW w:w="6264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F5F7F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2937FE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Outils, données, achat matériel, prestataire de bons.</w:t>
            </w:r>
          </w:p>
        </w:tc>
      </w:tr>
      <w:tr w:rsidR="00F350C9" w14:paraId="36D0BC1B" w14:textId="77777777">
        <w:trPr>
          <w:cantSplit/>
          <w:jc w:val="center"/>
        </w:trPr>
        <w:tc>
          <w:tcPr>
            <w:tcW w:w="2088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078074" w14:textId="77777777" w:rsidR="00F350C9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Formation</w:t>
            </w:r>
          </w:p>
        </w:tc>
        <w:tc>
          <w:tcPr>
            <w:tcW w:w="1800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D7B921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[Dates]</w:t>
            </w:r>
          </w:p>
        </w:tc>
        <w:tc>
          <w:tcPr>
            <w:tcW w:w="6264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E622C5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CO-testeurs, prise en charge, outils et procédures.</w:t>
            </w:r>
          </w:p>
        </w:tc>
      </w:tr>
      <w:tr w:rsidR="00F350C9" w14:paraId="6AF2D95A" w14:textId="77777777">
        <w:trPr>
          <w:cantSplit/>
          <w:jc w:val="center"/>
        </w:trPr>
        <w:tc>
          <w:tcPr>
            <w:tcW w:w="2088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F5F7F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CD17CD" w14:textId="77777777" w:rsidR="00F350C9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Lancement</w:t>
            </w:r>
          </w:p>
        </w:tc>
        <w:tc>
          <w:tcPr>
            <w:tcW w:w="1800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F5F7F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16CB98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[Dates]</w:t>
            </w:r>
          </w:p>
        </w:tc>
        <w:tc>
          <w:tcPr>
            <w:tcW w:w="6264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F5F7F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8D61EF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Ouverture des sites et premières inclusions.</w:t>
            </w:r>
          </w:p>
        </w:tc>
      </w:tr>
      <w:tr w:rsidR="00F350C9" w14:paraId="625E9C66" w14:textId="77777777">
        <w:trPr>
          <w:cantSplit/>
          <w:jc w:val="center"/>
        </w:trPr>
        <w:tc>
          <w:tcPr>
            <w:tcW w:w="2088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892F23" w14:textId="77777777" w:rsidR="00F350C9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Déploiement</w:t>
            </w:r>
          </w:p>
        </w:tc>
        <w:tc>
          <w:tcPr>
            <w:tcW w:w="1800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E1F250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[Dates]</w:t>
            </w:r>
          </w:p>
        </w:tc>
        <w:tc>
          <w:tcPr>
            <w:tcW w:w="6264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199B11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Recrutement, suivi, coordination et contrôles.</w:t>
            </w:r>
          </w:p>
        </w:tc>
      </w:tr>
      <w:tr w:rsidR="00F350C9" w14:paraId="5473214D" w14:textId="77777777">
        <w:trPr>
          <w:cantSplit/>
          <w:jc w:val="center"/>
        </w:trPr>
        <w:tc>
          <w:tcPr>
            <w:tcW w:w="2088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F5F7F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A2E69B" w14:textId="77777777" w:rsidR="00F350C9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Bilans annuels</w:t>
            </w:r>
          </w:p>
        </w:tc>
        <w:tc>
          <w:tcPr>
            <w:tcW w:w="1800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F5F7F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75BFE6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[Dates]</w:t>
            </w:r>
          </w:p>
        </w:tc>
        <w:tc>
          <w:tcPr>
            <w:tcW w:w="6264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F5F7F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4F8A23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Bilans qualitatifs et quantitatifs.</w:t>
            </w:r>
          </w:p>
        </w:tc>
      </w:tr>
      <w:tr w:rsidR="00F350C9" w14:paraId="1DFABB48" w14:textId="77777777">
        <w:trPr>
          <w:cantSplit/>
          <w:jc w:val="center"/>
        </w:trPr>
        <w:tc>
          <w:tcPr>
            <w:tcW w:w="2088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D176D7" w14:textId="77777777" w:rsidR="00F350C9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Évaluation finale</w:t>
            </w:r>
          </w:p>
        </w:tc>
        <w:tc>
          <w:tcPr>
            <w:tcW w:w="1800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C8F737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[Dates]</w:t>
            </w:r>
          </w:p>
        </w:tc>
        <w:tc>
          <w:tcPr>
            <w:tcW w:w="6264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C0BC0B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Analyse, rapport final et recommandations.</w:t>
            </w:r>
          </w:p>
        </w:tc>
      </w:tr>
    </w:tbl>
    <w:p w14:paraId="36EF7600" w14:textId="77777777" w:rsidR="00F350C9" w:rsidRDefault="00F350C9">
      <w:pPr>
        <w:spacing w:after="0"/>
      </w:pPr>
    </w:p>
    <w:p w14:paraId="1B8EA45C" w14:textId="77777777" w:rsidR="00F350C9" w:rsidRDefault="00000000">
      <w:pPr>
        <w:pStyle w:val="Titre2"/>
      </w:pPr>
      <w:r>
        <w:t>Risques et mesures de maîtrise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68"/>
        <w:gridCol w:w="2448"/>
        <w:gridCol w:w="4536"/>
      </w:tblGrid>
      <w:tr w:rsidR="00F350C9" w14:paraId="5ED52A49" w14:textId="77777777">
        <w:trPr>
          <w:tblHeader/>
          <w:jc w:val="center"/>
        </w:trPr>
        <w:tc>
          <w:tcPr>
            <w:tcW w:w="3168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163A5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442667" w14:textId="77777777" w:rsidR="00F350C9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t>Risque</w:t>
            </w:r>
          </w:p>
        </w:tc>
        <w:tc>
          <w:tcPr>
            <w:tcW w:w="2448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163A5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82141C" w14:textId="77777777" w:rsidR="00F350C9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t>Probabilité ou impact</w:t>
            </w:r>
          </w:p>
        </w:tc>
        <w:tc>
          <w:tcPr>
            <w:tcW w:w="4536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163A5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4A5615" w14:textId="77777777" w:rsidR="00F350C9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t>Mesure prévue</w:t>
            </w:r>
          </w:p>
        </w:tc>
      </w:tr>
      <w:tr w:rsidR="00F350C9" w14:paraId="624F6734" w14:textId="77777777">
        <w:trPr>
          <w:cantSplit/>
          <w:jc w:val="center"/>
        </w:trPr>
        <w:tc>
          <w:tcPr>
            <w:tcW w:w="3168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C41760" w14:textId="77777777" w:rsidR="00F350C9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Recrutement insuffisant</w:t>
            </w:r>
          </w:p>
        </w:tc>
        <w:tc>
          <w:tcPr>
            <w:tcW w:w="2448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C18416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[Faible moyen élevé]</w:t>
            </w:r>
          </w:p>
        </w:tc>
        <w:tc>
          <w:tcPr>
            <w:tcW w:w="4536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F4FB09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[À compléter]</w:t>
            </w:r>
          </w:p>
        </w:tc>
      </w:tr>
      <w:tr w:rsidR="00F350C9" w14:paraId="07D5E0A7" w14:textId="77777777">
        <w:trPr>
          <w:cantSplit/>
          <w:jc w:val="center"/>
        </w:trPr>
        <w:tc>
          <w:tcPr>
            <w:tcW w:w="3168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F5F7F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37150D" w14:textId="77777777" w:rsidR="00F350C9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Rupture du parcours ville-hôpital</w:t>
            </w:r>
          </w:p>
        </w:tc>
        <w:tc>
          <w:tcPr>
            <w:tcW w:w="2448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F5F7F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2F616D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[À compléter]</w:t>
            </w:r>
          </w:p>
        </w:tc>
        <w:tc>
          <w:tcPr>
            <w:tcW w:w="4536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F5F7F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B953EF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[À compléter]</w:t>
            </w:r>
          </w:p>
        </w:tc>
      </w:tr>
      <w:tr w:rsidR="00F350C9" w14:paraId="35282249" w14:textId="77777777">
        <w:trPr>
          <w:cantSplit/>
          <w:jc w:val="center"/>
        </w:trPr>
        <w:tc>
          <w:tcPr>
            <w:tcW w:w="3168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181E91" w14:textId="77777777" w:rsidR="00F350C9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Professionnels insuffisamment formés</w:t>
            </w:r>
          </w:p>
        </w:tc>
        <w:tc>
          <w:tcPr>
            <w:tcW w:w="2448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59677C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[À compléter]</w:t>
            </w:r>
          </w:p>
        </w:tc>
        <w:tc>
          <w:tcPr>
            <w:tcW w:w="4536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E3CC79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[À compléter]</w:t>
            </w:r>
          </w:p>
        </w:tc>
      </w:tr>
      <w:tr w:rsidR="00F350C9" w14:paraId="471897E7" w14:textId="77777777">
        <w:trPr>
          <w:cantSplit/>
          <w:jc w:val="center"/>
        </w:trPr>
        <w:tc>
          <w:tcPr>
            <w:tcW w:w="3168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F5F7F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B82CAD" w14:textId="77777777" w:rsidR="00F350C9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Difficultés avec les bons</w:t>
            </w:r>
          </w:p>
        </w:tc>
        <w:tc>
          <w:tcPr>
            <w:tcW w:w="2448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F5F7F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96C0BD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[À compléter]</w:t>
            </w:r>
          </w:p>
        </w:tc>
        <w:tc>
          <w:tcPr>
            <w:tcW w:w="4536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F5F7F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6CEEF9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[À compléter]</w:t>
            </w:r>
          </w:p>
        </w:tc>
      </w:tr>
      <w:tr w:rsidR="00F350C9" w14:paraId="7D0F876A" w14:textId="77777777">
        <w:trPr>
          <w:cantSplit/>
          <w:jc w:val="center"/>
        </w:trPr>
        <w:tc>
          <w:tcPr>
            <w:tcW w:w="3168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8863C5" w14:textId="77777777" w:rsidR="00F350C9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Données incomplètes</w:t>
            </w:r>
          </w:p>
        </w:tc>
        <w:tc>
          <w:tcPr>
            <w:tcW w:w="2448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6830CB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[À compléter]</w:t>
            </w:r>
          </w:p>
        </w:tc>
        <w:tc>
          <w:tcPr>
            <w:tcW w:w="4536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24A660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[À compléter]</w:t>
            </w:r>
          </w:p>
        </w:tc>
      </w:tr>
      <w:tr w:rsidR="00F350C9" w14:paraId="0E1BFEA6" w14:textId="77777777">
        <w:trPr>
          <w:cantSplit/>
          <w:jc w:val="center"/>
        </w:trPr>
        <w:tc>
          <w:tcPr>
            <w:tcW w:w="3168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F5F7F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CAE5D7" w14:textId="77777777" w:rsidR="00F350C9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Rechutes et perdues de vue</w:t>
            </w:r>
          </w:p>
        </w:tc>
        <w:tc>
          <w:tcPr>
            <w:tcW w:w="2448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F5F7F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E05E85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[À compléter]</w:t>
            </w:r>
          </w:p>
        </w:tc>
        <w:tc>
          <w:tcPr>
            <w:tcW w:w="4536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F5F7F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96DFFE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[À compléter]</w:t>
            </w:r>
          </w:p>
        </w:tc>
      </w:tr>
    </w:tbl>
    <w:p w14:paraId="6304E4F1" w14:textId="77777777" w:rsidR="00F350C9" w:rsidRDefault="00F350C9">
      <w:pPr>
        <w:spacing w:after="0"/>
      </w:pPr>
    </w:p>
    <w:p w14:paraId="4DCFEC0F" w14:textId="77777777" w:rsidR="00F350C9" w:rsidRDefault="00000000">
      <w:pPr>
        <w:keepNext/>
        <w:spacing w:before="60" w:after="40"/>
      </w:pPr>
      <w:r>
        <w:rPr>
          <w:b/>
        </w:rPr>
        <w:t>Conditions de réussite</w:t>
      </w:r>
      <w:r>
        <w:rPr>
          <w:i/>
          <w:color w:val="687680"/>
          <w:sz w:val="18"/>
        </w:rPr>
        <w:t xml:space="preserve">  Nommer les trois à cinq conditions indispensables et les décisions attendues du COTECH.</w:t>
      </w:r>
    </w:p>
    <w:p w14:paraId="3C9FD49D" w14:textId="77777777" w:rsidR="00F350C9" w:rsidRDefault="00000000">
      <w:pPr>
        <w:spacing w:after="20"/>
      </w:pPr>
      <w:r>
        <w:rPr>
          <w:color w:val="D7DEE4"/>
          <w:sz w:val="16"/>
        </w:rPr>
        <w:t>................................................................................................................................................................</w:t>
      </w:r>
    </w:p>
    <w:p w14:paraId="5AAC6AB8" w14:textId="77777777" w:rsidR="00F350C9" w:rsidRDefault="00000000">
      <w:pPr>
        <w:spacing w:after="20"/>
      </w:pPr>
      <w:r>
        <w:rPr>
          <w:color w:val="D7DEE4"/>
          <w:sz w:val="16"/>
        </w:rPr>
        <w:t>................................................................................................................................................................</w:t>
      </w:r>
    </w:p>
    <w:p w14:paraId="2386ECF6" w14:textId="77777777" w:rsidR="00F350C9" w:rsidRDefault="00000000">
      <w:r>
        <w:br w:type="page"/>
      </w:r>
    </w:p>
    <w:p w14:paraId="0A3D6439" w14:textId="77777777" w:rsidR="00F350C9" w:rsidRDefault="00000000">
      <w:pPr>
        <w:pStyle w:val="Titre1"/>
      </w:pPr>
      <w:r>
        <w:lastRenderedPageBreak/>
        <w:t>7  Budget et contrôle avant dépôt</w:t>
      </w:r>
    </w:p>
    <w:p w14:paraId="703AA3CA" w14:textId="77777777" w:rsidR="00F350C9" w:rsidRDefault="00000000">
      <w:pPr>
        <w:spacing w:after="160"/>
      </w:pPr>
      <w:r>
        <w:rPr>
          <w:i/>
          <w:color w:val="687680"/>
        </w:rPr>
        <w:t>La lettre finale doit présenter un budget prévisionnel cohérent avec le parcours, les volumes et le calendrier.</w:t>
      </w:r>
    </w:p>
    <w:p w14:paraId="14AA685C" w14:textId="77777777" w:rsidR="00F350C9" w:rsidRDefault="00000000">
      <w:pPr>
        <w:pStyle w:val="Titre2"/>
      </w:pPr>
      <w:r>
        <w:t>Budget prévisionnel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32"/>
        <w:gridCol w:w="2952"/>
        <w:gridCol w:w="1656"/>
        <w:gridCol w:w="1656"/>
        <w:gridCol w:w="1656"/>
      </w:tblGrid>
      <w:tr w:rsidR="00F350C9" w14:paraId="71DDE83E" w14:textId="77777777">
        <w:trPr>
          <w:tblHeader/>
          <w:jc w:val="center"/>
        </w:trPr>
        <w:tc>
          <w:tcPr>
            <w:tcW w:w="2232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163A5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723B28" w14:textId="77777777" w:rsidR="00F350C9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t>Poste</w:t>
            </w:r>
          </w:p>
        </w:tc>
        <w:tc>
          <w:tcPr>
            <w:tcW w:w="2952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163A5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544E0B" w14:textId="77777777" w:rsidR="00F350C9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t>Calcul ou hypothèse</w:t>
            </w:r>
          </w:p>
        </w:tc>
        <w:tc>
          <w:tcPr>
            <w:tcW w:w="1656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163A5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42ADAD" w14:textId="77777777" w:rsidR="00F350C9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t>Montant demandé</w:t>
            </w:r>
          </w:p>
        </w:tc>
        <w:tc>
          <w:tcPr>
            <w:tcW w:w="1656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163A5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0D89BD" w14:textId="77777777" w:rsidR="00F350C9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t>Cofinancement</w:t>
            </w:r>
          </w:p>
        </w:tc>
        <w:tc>
          <w:tcPr>
            <w:tcW w:w="1656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163A5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69C601" w14:textId="77777777" w:rsidR="00F350C9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t>Total</w:t>
            </w:r>
          </w:p>
        </w:tc>
      </w:tr>
      <w:tr w:rsidR="00F350C9" w14:paraId="1E1001F9" w14:textId="77777777">
        <w:trPr>
          <w:cantSplit/>
          <w:jc w:val="center"/>
        </w:trPr>
        <w:tc>
          <w:tcPr>
            <w:tcW w:w="2232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238CD7" w14:textId="77777777" w:rsidR="00F350C9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5"/>
              </w:rPr>
              <w:t>CO-testeurs et consommables</w:t>
            </w:r>
          </w:p>
        </w:tc>
        <w:tc>
          <w:tcPr>
            <w:tcW w:w="2952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DF1582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5"/>
              </w:rPr>
              <w:t>[Quantité × coût]</w:t>
            </w:r>
          </w:p>
        </w:tc>
        <w:tc>
          <w:tcPr>
            <w:tcW w:w="1656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48EA4D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5"/>
              </w:rPr>
              <w:t>[€]</w:t>
            </w:r>
          </w:p>
        </w:tc>
        <w:tc>
          <w:tcPr>
            <w:tcW w:w="1656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517027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5"/>
              </w:rPr>
              <w:t>[€]</w:t>
            </w:r>
          </w:p>
        </w:tc>
        <w:tc>
          <w:tcPr>
            <w:tcW w:w="1656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485C77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5"/>
              </w:rPr>
              <w:t>[€]</w:t>
            </w:r>
          </w:p>
        </w:tc>
      </w:tr>
      <w:tr w:rsidR="00F350C9" w14:paraId="0996D944" w14:textId="77777777">
        <w:trPr>
          <w:cantSplit/>
          <w:jc w:val="center"/>
        </w:trPr>
        <w:tc>
          <w:tcPr>
            <w:tcW w:w="2232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F5F7F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285E88" w14:textId="77777777" w:rsidR="00F350C9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5"/>
              </w:rPr>
              <w:t>Bons dématérialisés</w:t>
            </w:r>
          </w:p>
        </w:tc>
        <w:tc>
          <w:tcPr>
            <w:tcW w:w="2952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F5F7F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BF86A3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5"/>
              </w:rPr>
              <w:t>[Participants × parcours]</w:t>
            </w:r>
          </w:p>
        </w:tc>
        <w:tc>
          <w:tcPr>
            <w:tcW w:w="1656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F5F7F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9CDF06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5"/>
              </w:rPr>
              <w:t>[€]</w:t>
            </w:r>
          </w:p>
        </w:tc>
        <w:tc>
          <w:tcPr>
            <w:tcW w:w="1656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F5F7F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24D1C8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5"/>
              </w:rPr>
              <w:t>[€]</w:t>
            </w:r>
          </w:p>
        </w:tc>
        <w:tc>
          <w:tcPr>
            <w:tcW w:w="1656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F5F7F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90AF03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5"/>
              </w:rPr>
              <w:t>[€]</w:t>
            </w:r>
          </w:p>
        </w:tc>
      </w:tr>
      <w:tr w:rsidR="00F350C9" w14:paraId="65F5387B" w14:textId="77777777">
        <w:trPr>
          <w:cantSplit/>
          <w:jc w:val="center"/>
        </w:trPr>
        <w:tc>
          <w:tcPr>
            <w:tcW w:w="2232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19AAA4" w14:textId="77777777" w:rsidR="00F350C9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5"/>
              </w:rPr>
              <w:t>Frais de gestion</w:t>
            </w:r>
          </w:p>
        </w:tc>
        <w:tc>
          <w:tcPr>
            <w:tcW w:w="2952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B44479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5"/>
              </w:rPr>
              <w:t>[Préciser]</w:t>
            </w:r>
          </w:p>
        </w:tc>
        <w:tc>
          <w:tcPr>
            <w:tcW w:w="1656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B3A933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5"/>
              </w:rPr>
              <w:t>[€]</w:t>
            </w:r>
          </w:p>
        </w:tc>
        <w:tc>
          <w:tcPr>
            <w:tcW w:w="1656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6F022A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5"/>
              </w:rPr>
              <w:t>[€]</w:t>
            </w:r>
          </w:p>
        </w:tc>
        <w:tc>
          <w:tcPr>
            <w:tcW w:w="1656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B2C9D2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5"/>
              </w:rPr>
              <w:t>[€]</w:t>
            </w:r>
          </w:p>
        </w:tc>
      </w:tr>
      <w:tr w:rsidR="00F350C9" w14:paraId="59B212E6" w14:textId="77777777">
        <w:trPr>
          <w:cantSplit/>
          <w:jc w:val="center"/>
        </w:trPr>
        <w:tc>
          <w:tcPr>
            <w:tcW w:w="2232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F5F7F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84B38F" w14:textId="77777777" w:rsidR="00F350C9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5"/>
              </w:rPr>
              <w:t>Communication</w:t>
            </w:r>
          </w:p>
        </w:tc>
        <w:tc>
          <w:tcPr>
            <w:tcW w:w="2952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F5F7F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E930F7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5"/>
              </w:rPr>
              <w:t>[Préciser]</w:t>
            </w:r>
          </w:p>
        </w:tc>
        <w:tc>
          <w:tcPr>
            <w:tcW w:w="1656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F5F7F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086087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5"/>
              </w:rPr>
              <w:t>[€]</w:t>
            </w:r>
          </w:p>
        </w:tc>
        <w:tc>
          <w:tcPr>
            <w:tcW w:w="1656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F5F7F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6BEAFD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5"/>
              </w:rPr>
              <w:t>[€]</w:t>
            </w:r>
          </w:p>
        </w:tc>
        <w:tc>
          <w:tcPr>
            <w:tcW w:w="1656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F5F7F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22E4D8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5"/>
              </w:rPr>
              <w:t>[€]</w:t>
            </w:r>
          </w:p>
        </w:tc>
      </w:tr>
      <w:tr w:rsidR="00F350C9" w14:paraId="4063798E" w14:textId="77777777">
        <w:trPr>
          <w:cantSplit/>
          <w:jc w:val="center"/>
        </w:trPr>
        <w:tc>
          <w:tcPr>
            <w:tcW w:w="2232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8BF8FE" w14:textId="77777777" w:rsidR="00F350C9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5"/>
              </w:rPr>
              <w:t>Coordination et RH</w:t>
            </w:r>
          </w:p>
        </w:tc>
        <w:tc>
          <w:tcPr>
            <w:tcW w:w="2952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DBF047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5"/>
              </w:rPr>
              <w:t>[ETP × coût]</w:t>
            </w:r>
          </w:p>
        </w:tc>
        <w:tc>
          <w:tcPr>
            <w:tcW w:w="1656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9DC2FD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5"/>
              </w:rPr>
              <w:t>[€]</w:t>
            </w:r>
          </w:p>
        </w:tc>
        <w:tc>
          <w:tcPr>
            <w:tcW w:w="1656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4E2CAA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5"/>
              </w:rPr>
              <w:t>[€]</w:t>
            </w:r>
          </w:p>
        </w:tc>
        <w:tc>
          <w:tcPr>
            <w:tcW w:w="1656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145DE8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5"/>
              </w:rPr>
              <w:t>[€]</w:t>
            </w:r>
          </w:p>
        </w:tc>
      </w:tr>
      <w:tr w:rsidR="00F350C9" w14:paraId="0EC33341" w14:textId="77777777">
        <w:trPr>
          <w:cantSplit/>
          <w:jc w:val="center"/>
        </w:trPr>
        <w:tc>
          <w:tcPr>
            <w:tcW w:w="2232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F5F7F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3B0232" w14:textId="77777777" w:rsidR="00F350C9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5"/>
              </w:rPr>
              <w:t>Formation</w:t>
            </w:r>
          </w:p>
        </w:tc>
        <w:tc>
          <w:tcPr>
            <w:tcW w:w="2952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F5F7F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D00830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5"/>
              </w:rPr>
              <w:t>[Sessions × coût]</w:t>
            </w:r>
          </w:p>
        </w:tc>
        <w:tc>
          <w:tcPr>
            <w:tcW w:w="1656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F5F7F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D6F2FA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5"/>
              </w:rPr>
              <w:t>[€]</w:t>
            </w:r>
          </w:p>
        </w:tc>
        <w:tc>
          <w:tcPr>
            <w:tcW w:w="1656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F5F7F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343CFB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5"/>
              </w:rPr>
              <w:t>[€]</w:t>
            </w:r>
          </w:p>
        </w:tc>
        <w:tc>
          <w:tcPr>
            <w:tcW w:w="1656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F5F7F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145310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5"/>
              </w:rPr>
              <w:t>[€]</w:t>
            </w:r>
          </w:p>
        </w:tc>
      </w:tr>
      <w:tr w:rsidR="00F350C9" w14:paraId="7AC424CC" w14:textId="77777777">
        <w:trPr>
          <w:cantSplit/>
          <w:jc w:val="center"/>
        </w:trPr>
        <w:tc>
          <w:tcPr>
            <w:tcW w:w="2232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91FF0E" w14:textId="77777777" w:rsidR="00F350C9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5"/>
              </w:rPr>
              <w:t>Évaluation externe</w:t>
            </w:r>
          </w:p>
        </w:tc>
        <w:tc>
          <w:tcPr>
            <w:tcW w:w="2952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F2B001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5"/>
              </w:rPr>
              <w:t>[Devis ou estimation]</w:t>
            </w:r>
          </w:p>
        </w:tc>
        <w:tc>
          <w:tcPr>
            <w:tcW w:w="1656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56C9D6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5"/>
              </w:rPr>
              <w:t>[€]</w:t>
            </w:r>
          </w:p>
        </w:tc>
        <w:tc>
          <w:tcPr>
            <w:tcW w:w="1656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8A0EC7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5"/>
              </w:rPr>
              <w:t>[€]</w:t>
            </w:r>
          </w:p>
        </w:tc>
        <w:tc>
          <w:tcPr>
            <w:tcW w:w="1656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65C1AF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5"/>
              </w:rPr>
              <w:t>[€]</w:t>
            </w:r>
          </w:p>
        </w:tc>
      </w:tr>
      <w:tr w:rsidR="00F350C9" w14:paraId="0D0135CF" w14:textId="77777777">
        <w:trPr>
          <w:cantSplit/>
          <w:jc w:val="center"/>
        </w:trPr>
        <w:tc>
          <w:tcPr>
            <w:tcW w:w="2232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F5F7F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C49839" w14:textId="77777777" w:rsidR="00F350C9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5"/>
              </w:rPr>
              <w:t>TOTAL</w:t>
            </w:r>
          </w:p>
        </w:tc>
        <w:tc>
          <w:tcPr>
            <w:tcW w:w="2952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F5F7F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10B51E" w14:textId="77777777" w:rsidR="00F350C9" w:rsidRDefault="00F350C9">
            <w:pPr>
              <w:spacing w:after="0" w:line="240" w:lineRule="auto"/>
            </w:pPr>
          </w:p>
        </w:tc>
        <w:tc>
          <w:tcPr>
            <w:tcW w:w="1656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F5F7F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014E1C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5"/>
              </w:rPr>
              <w:t>[€]</w:t>
            </w:r>
          </w:p>
        </w:tc>
        <w:tc>
          <w:tcPr>
            <w:tcW w:w="1656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F5F7F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1E7F15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5"/>
              </w:rPr>
              <w:t>[€]</w:t>
            </w:r>
          </w:p>
        </w:tc>
        <w:tc>
          <w:tcPr>
            <w:tcW w:w="1656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F5F7F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FE2C96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5"/>
              </w:rPr>
              <w:t>[€]</w:t>
            </w:r>
          </w:p>
        </w:tc>
      </w:tr>
    </w:tbl>
    <w:p w14:paraId="027A0C56" w14:textId="77777777" w:rsidR="00F350C9" w:rsidRDefault="00F350C9">
      <w:pPr>
        <w:spacing w:after="0"/>
      </w:pPr>
    </w:p>
    <w:p w14:paraId="1F37F352" w14:textId="77777777" w:rsidR="00F350C9" w:rsidRDefault="00000000">
      <w:r>
        <w:rPr>
          <w:b/>
        </w:rPr>
        <w:t xml:space="preserve">Rappel : </w:t>
      </w:r>
      <w:r>
        <w:t>les actes de soins relèvent du droit commun et ne bénéficient pas d’un financement complémentaire spécifique.</w:t>
      </w:r>
    </w:p>
    <w:p w14:paraId="407E4D7C" w14:textId="77777777" w:rsidR="00F350C9" w:rsidRDefault="00000000">
      <w:pPr>
        <w:pStyle w:val="Titre2"/>
      </w:pPr>
      <w:r>
        <w:t>Pièces et engagements à sécuriser</w:t>
      </w:r>
    </w:p>
    <w:p w14:paraId="486F5D78" w14:textId="77777777" w:rsidR="00F350C9" w:rsidRDefault="00000000">
      <w:pPr>
        <w:pStyle w:val="Listepuces"/>
        <w:spacing w:after="40"/>
      </w:pPr>
      <w:r>
        <w:t>☐ Accord et signature du représentant légal du porteur.</w:t>
      </w:r>
    </w:p>
    <w:p w14:paraId="7361B31C" w14:textId="77777777" w:rsidR="00F350C9" w:rsidRDefault="00000000">
      <w:pPr>
        <w:pStyle w:val="Listepuces"/>
        <w:spacing w:after="40"/>
      </w:pPr>
      <w:r>
        <w:t>☐ Lettres ou preuves d’engagement des partenaires clés.</w:t>
      </w:r>
    </w:p>
    <w:p w14:paraId="0621364E" w14:textId="77777777" w:rsidR="00F350C9" w:rsidRDefault="00000000">
      <w:pPr>
        <w:pStyle w:val="Listepuces"/>
        <w:spacing w:after="40"/>
      </w:pPr>
      <w:r>
        <w:t>☐ Accord de principe de l’évaluateur externe.</w:t>
      </w:r>
    </w:p>
    <w:p w14:paraId="432D0F00" w14:textId="77777777" w:rsidR="00F350C9" w:rsidRDefault="00000000">
      <w:pPr>
        <w:pStyle w:val="Listepuces"/>
        <w:spacing w:after="40"/>
      </w:pPr>
      <w:r>
        <w:t>☐ Budget vérifié et hypothèses explicitées.</w:t>
      </w:r>
    </w:p>
    <w:p w14:paraId="32A54379" w14:textId="77777777" w:rsidR="00F350C9" w:rsidRDefault="00000000">
      <w:pPr>
        <w:pStyle w:val="Listepuces"/>
        <w:spacing w:after="40"/>
      </w:pPr>
      <w:r>
        <w:t>☐ Schéma des gains obtenu auprès du COTECH FLCA.</w:t>
      </w:r>
    </w:p>
    <w:p w14:paraId="091A55F2" w14:textId="77777777" w:rsidR="00F350C9" w:rsidRDefault="00000000">
      <w:pPr>
        <w:pStyle w:val="Listepuces"/>
        <w:spacing w:after="40"/>
      </w:pPr>
      <w:r>
        <w:t>☐ Calendrier compatible avec les capacités réelles.</w:t>
      </w:r>
    </w:p>
    <w:p w14:paraId="525FE859" w14:textId="77777777" w:rsidR="00F350C9" w:rsidRDefault="00000000">
      <w:pPr>
        <w:pStyle w:val="Titre2"/>
      </w:pPr>
      <w:r>
        <w:t>Contrôle final de conformité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288"/>
        <w:gridCol w:w="864"/>
      </w:tblGrid>
      <w:tr w:rsidR="00F350C9" w14:paraId="1C0550BF" w14:textId="77777777">
        <w:trPr>
          <w:tblHeader/>
          <w:jc w:val="center"/>
        </w:trPr>
        <w:tc>
          <w:tcPr>
            <w:tcW w:w="9288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163A5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618A74" w14:textId="77777777" w:rsidR="00F350C9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t>Contrôle</w:t>
            </w:r>
          </w:p>
        </w:tc>
        <w:tc>
          <w:tcPr>
            <w:tcW w:w="864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163A5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096219" w14:textId="77777777" w:rsidR="00F350C9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t>Oui</w:t>
            </w:r>
          </w:p>
        </w:tc>
      </w:tr>
      <w:tr w:rsidR="00F350C9" w14:paraId="097EB4CE" w14:textId="77777777">
        <w:trPr>
          <w:cantSplit/>
          <w:jc w:val="center"/>
        </w:trPr>
        <w:tc>
          <w:tcPr>
            <w:tcW w:w="9288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F76603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La lettre ne dépasse pas 7 pages.</w:t>
            </w:r>
          </w:p>
        </w:tc>
        <w:tc>
          <w:tcPr>
            <w:tcW w:w="864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114487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☐</w:t>
            </w:r>
          </w:p>
        </w:tc>
      </w:tr>
      <w:tr w:rsidR="00F350C9" w14:paraId="48F9C1AC" w14:textId="77777777">
        <w:trPr>
          <w:cantSplit/>
          <w:jc w:val="center"/>
        </w:trPr>
        <w:tc>
          <w:tcPr>
            <w:tcW w:w="9288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F5F7F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EAFA6E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Les trois composantes obligatoires sont décrites.</w:t>
            </w:r>
          </w:p>
        </w:tc>
        <w:tc>
          <w:tcPr>
            <w:tcW w:w="864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F5F7F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96459F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☐</w:t>
            </w:r>
          </w:p>
        </w:tc>
      </w:tr>
      <w:tr w:rsidR="00F350C9" w14:paraId="381D1CEC" w14:textId="77777777">
        <w:trPr>
          <w:cantSplit/>
          <w:jc w:val="center"/>
        </w:trPr>
        <w:tc>
          <w:tcPr>
            <w:tcW w:w="9288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87C651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La ville et l’hôpital sont réellement articulés.</w:t>
            </w:r>
          </w:p>
        </w:tc>
        <w:tc>
          <w:tcPr>
            <w:tcW w:w="864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CFDB4E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☐</w:t>
            </w:r>
          </w:p>
        </w:tc>
      </w:tr>
      <w:tr w:rsidR="00F350C9" w14:paraId="2B688B9E" w14:textId="77777777">
        <w:trPr>
          <w:cantSplit/>
          <w:jc w:val="center"/>
        </w:trPr>
        <w:tc>
          <w:tcPr>
            <w:tcW w:w="9288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F5F7F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EB5E8D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Le recrutement est chiffré et justifié.</w:t>
            </w:r>
          </w:p>
        </w:tc>
        <w:tc>
          <w:tcPr>
            <w:tcW w:w="864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F5F7F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9738BE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☐</w:t>
            </w:r>
          </w:p>
        </w:tc>
      </w:tr>
      <w:tr w:rsidR="00F350C9" w14:paraId="458D955D" w14:textId="77777777">
        <w:trPr>
          <w:cantSplit/>
          <w:jc w:val="center"/>
        </w:trPr>
        <w:tc>
          <w:tcPr>
            <w:tcW w:w="9288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C107E2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L’évaluation externe est identifiée.</w:t>
            </w:r>
          </w:p>
        </w:tc>
        <w:tc>
          <w:tcPr>
            <w:tcW w:w="864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5860FC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☐</w:t>
            </w:r>
          </w:p>
        </w:tc>
      </w:tr>
      <w:tr w:rsidR="00F350C9" w14:paraId="57E3476B" w14:textId="77777777">
        <w:trPr>
          <w:cantSplit/>
          <w:jc w:val="center"/>
        </w:trPr>
        <w:tc>
          <w:tcPr>
            <w:tcW w:w="9288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F5F7F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A7E740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Le budget correspond aux actions.</w:t>
            </w:r>
          </w:p>
        </w:tc>
        <w:tc>
          <w:tcPr>
            <w:tcW w:w="864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shd w:val="clear" w:color="auto" w:fill="F5F7F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5F739E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☐</w:t>
            </w:r>
          </w:p>
        </w:tc>
      </w:tr>
      <w:tr w:rsidR="00F350C9" w14:paraId="4EE3E857" w14:textId="77777777">
        <w:trPr>
          <w:cantSplit/>
          <w:jc w:val="center"/>
        </w:trPr>
        <w:tc>
          <w:tcPr>
            <w:tcW w:w="9288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37B79A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Le dossier sera envoyé avant le 20 octobre 2026 à 23 h 59.</w:t>
            </w:r>
          </w:p>
        </w:tc>
        <w:tc>
          <w:tcPr>
            <w:tcW w:w="864" w:type="dxa"/>
            <w:tcBorders>
              <w:top w:val="single" w:sz="4" w:space="0" w:color="D7DEE4"/>
              <w:left w:val="single" w:sz="4" w:space="0" w:color="D7DEE4"/>
              <w:bottom w:val="single" w:sz="4" w:space="0" w:color="D7DEE4"/>
              <w:right w:val="single" w:sz="4" w:space="0" w:color="D7DEE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8B5FB9" w14:textId="77777777" w:rsidR="00F350C9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☐</w:t>
            </w:r>
          </w:p>
        </w:tc>
      </w:tr>
    </w:tbl>
    <w:p w14:paraId="18552AEC" w14:textId="77777777" w:rsidR="00F350C9" w:rsidRDefault="00F350C9">
      <w:pPr>
        <w:spacing w:after="0"/>
      </w:pPr>
    </w:p>
    <w:p w14:paraId="165C66FE" w14:textId="77777777" w:rsidR="00F350C9" w:rsidRDefault="00000000">
      <w:pPr>
        <w:spacing w:before="100"/>
      </w:pPr>
      <w:r>
        <w:rPr>
          <w:b/>
        </w:rPr>
        <w:t xml:space="preserve">Adresse de dépôt : </w:t>
      </w:r>
      <w:r>
        <w:t>fondsaddictions.cnam@assurance-maladie.fr</w:t>
      </w:r>
    </w:p>
    <w:sectPr w:rsidR="00F350C9" w:rsidSect="00034616">
      <w:footerReference w:type="default" r:id="rId8"/>
      <w:pgSz w:w="12240" w:h="15840"/>
      <w:pgMar w:top="749" w:right="893" w:bottom="749" w:left="89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6EEBDE" w14:textId="77777777" w:rsidR="003065BA" w:rsidRDefault="003065BA">
      <w:pPr>
        <w:spacing w:after="0" w:line="240" w:lineRule="auto"/>
      </w:pPr>
      <w:r>
        <w:separator/>
      </w:r>
    </w:p>
  </w:endnote>
  <w:endnote w:type="continuationSeparator" w:id="0">
    <w:p w14:paraId="42C3E9E0" w14:textId="77777777" w:rsidR="003065BA" w:rsidRDefault="003065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31FBE5" w14:textId="77777777" w:rsidR="00F350C9" w:rsidRDefault="00000000">
    <w:pPr>
      <w:pStyle w:val="Pieddepage"/>
      <w:jc w:val="center"/>
    </w:pPr>
    <w:r>
      <w:rPr>
        <w:color w:val="687680"/>
        <w:sz w:val="15"/>
      </w:rPr>
      <w:t>Trame de travail  Lettre d’intention AMI FLCA 2026  |  Source CNAM FLCA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5F1BF5" w14:textId="77777777" w:rsidR="003065BA" w:rsidRDefault="003065BA">
      <w:pPr>
        <w:spacing w:after="0" w:line="240" w:lineRule="auto"/>
      </w:pPr>
      <w:r>
        <w:separator/>
      </w:r>
    </w:p>
  </w:footnote>
  <w:footnote w:type="continuationSeparator" w:id="0">
    <w:p w14:paraId="17FE3E10" w14:textId="77777777" w:rsidR="003065BA" w:rsidRDefault="003065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31861280">
    <w:abstractNumId w:val="8"/>
  </w:num>
  <w:num w:numId="2" w16cid:durableId="1188905309">
    <w:abstractNumId w:val="6"/>
  </w:num>
  <w:num w:numId="3" w16cid:durableId="466436091">
    <w:abstractNumId w:val="5"/>
  </w:num>
  <w:num w:numId="4" w16cid:durableId="434444537">
    <w:abstractNumId w:val="4"/>
  </w:num>
  <w:num w:numId="5" w16cid:durableId="1218586614">
    <w:abstractNumId w:val="7"/>
  </w:num>
  <w:num w:numId="6" w16cid:durableId="1958370148">
    <w:abstractNumId w:val="3"/>
  </w:num>
  <w:num w:numId="7" w16cid:durableId="396439472">
    <w:abstractNumId w:val="2"/>
  </w:num>
  <w:num w:numId="8" w16cid:durableId="440955424">
    <w:abstractNumId w:val="1"/>
  </w:num>
  <w:num w:numId="9" w16cid:durableId="19190919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74FBF"/>
    <w:rsid w:val="0029639D"/>
    <w:rsid w:val="003065BA"/>
    <w:rsid w:val="00326F90"/>
    <w:rsid w:val="0052524F"/>
    <w:rsid w:val="00AA1D8D"/>
    <w:rsid w:val="00B4486B"/>
    <w:rsid w:val="00B47730"/>
    <w:rsid w:val="00CB0664"/>
    <w:rsid w:val="00D171D0"/>
    <w:rsid w:val="00F350C9"/>
    <w:rsid w:val="00F6033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2C69F6"/>
  <w14:defaultImageDpi w14:val="300"/>
  <w15:docId w15:val="{502AE946-FA6F-4D55-92F1-1039CF3B4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color w:val="1C2227"/>
      <w:sz w:val="19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120"/>
      <w:outlineLvl w:val="0"/>
    </w:pPr>
    <w:rPr>
      <w:rFonts w:asciiTheme="majorHAnsi" w:eastAsiaTheme="majorEastAsia" w:hAnsiTheme="majorHAnsi" w:cstheme="majorBidi"/>
      <w:b/>
      <w:bCs/>
      <w:color w:val="000000"/>
      <w:sz w:val="31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b/>
      <w:bCs/>
      <w:color w:val="000000"/>
      <w:sz w:val="23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120"/>
      <w:outlineLvl w:val="2"/>
    </w:pPr>
    <w:rPr>
      <w:rFonts w:asciiTheme="majorHAnsi" w:eastAsiaTheme="majorEastAsia" w:hAnsiTheme="majorHAnsi" w:cstheme="majorBidi"/>
      <w:b/>
      <w:bCs/>
      <w:color w:val="000000"/>
      <w:sz w:val="20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keepNext/>
      <w:pBdr>
        <w:bottom w:val="single" w:sz="8" w:space="4" w:color="4F81BD" w:themeColor="accent1"/>
      </w:pBdr>
      <w:spacing w:before="12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46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keepNext/>
      <w:numPr>
        <w:ilvl w:val="1"/>
      </w:numPr>
      <w:spacing w:before="120"/>
    </w:pPr>
    <w:rPr>
      <w:rFonts w:asciiTheme="majorHAnsi" w:eastAsiaTheme="majorEastAsia" w:hAnsiTheme="majorHAnsi" w:cstheme="majorBidi"/>
      <w:i/>
      <w:iCs/>
      <w:color w:val="000000"/>
      <w:spacing w:val="15"/>
      <w:sz w:val="23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2048</Words>
  <Characters>11268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13290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Trame de lettre d’intention AMI FLCA 2026</dc:title>
  <dc:subject/>
  <dc:creator>CGSS La Réunion</dc:creator>
  <cp:keywords/>
  <dc:description>generated by python-docx</dc:description>
  <cp:lastModifiedBy>NARSAMA JULIEN (CGSS REUNION)</cp:lastModifiedBy>
  <cp:revision>2</cp:revision>
  <dcterms:created xsi:type="dcterms:W3CDTF">2026-09-22T11:49:00Z</dcterms:created>
  <dcterms:modified xsi:type="dcterms:W3CDTF">2026-09-22T11:49:00Z</dcterms:modified>
  <cp:category/>
</cp:coreProperties>
</file>